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media/image10.png" ContentType="image/jpeg"/>
  <Override PartName="/word/media/image11.png" ContentType="image/jpeg"/>
  <Override PartName="/word/media/image12.png" ContentType="image/jpeg"/>
  <Override PartName="/word/media/image13.png" ContentType="image/jpeg"/>
  <Override PartName="/word/media/image14.png" ContentType="image/jpeg"/>
  <Override PartName="/word/media/image15.png" ContentType="image/jpeg"/>
  <Override PartName="/word/media/image16.png" ContentType="image/jpeg"/>
  <Override PartName="/word/media/image17.png" ContentType="image/jpeg"/>
  <Override PartName="/word/media/image18.png" ContentType="image/jpeg"/>
  <Override PartName="/word/media/image19.png" ContentType="image/jpeg"/>
  <Override PartName="/word/media/image20.png" ContentType="image/jpeg"/>
  <Override PartName="/word/media/image21.png" ContentType="image/jpeg"/>
  <Override PartName="/word/media/image22.png" ContentType="image/jpeg"/>
  <Override PartName="/word/media/image23.png" ContentType="image/jpeg"/>
  <Override PartName="/word/media/image24.png" ContentType="image/jpeg"/>
  <Override PartName="/word/media/image25.png" ContentType="image/jpeg"/>
  <Override PartName="/word/media/image26.png" ContentType="image/jpeg"/>
  <Override PartName="/word/media/image27.png" ContentType="image/jpeg"/>
  <Override PartName="/word/media/image28.pn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EEB00" w14:textId="77777777" w:rsidR="00C25814" w:rsidRDefault="004F692B">
      <w:pPr>
        <w:pStyle w:val="a8"/>
        <w:jc w:val="center"/>
      </w:pPr>
      <w:r>
        <w:t xml:space="preserve">MIZAN </w:t>
      </w:r>
      <w:r>
        <w:t>한국어</w:t>
      </w:r>
      <w:r>
        <w:t xml:space="preserve"> </w:t>
      </w:r>
      <w:r>
        <w:t>시연설명서</w:t>
      </w:r>
    </w:p>
    <w:p w14:paraId="550A39D0" w14:textId="77777777" w:rsidR="00C25814" w:rsidRDefault="00C25814"/>
    <w:p w14:paraId="0458C01A" w14:textId="77777777" w:rsidR="00C25814" w:rsidRDefault="004F692B">
      <w:pPr>
        <w:spacing w:after="120"/>
        <w:jc w:val="center"/>
      </w:pPr>
      <w:r>
        <w:rPr>
          <w:b/>
          <w:color w:val="70757A"/>
        </w:rPr>
        <w:t>MIZAN PRESENTATION</w:t>
      </w:r>
    </w:p>
    <w:p w14:paraId="5BCE4942" w14:textId="77777777" w:rsidR="00C25814" w:rsidRDefault="004F692B">
      <w:pPr>
        <w:spacing w:after="120"/>
        <w:jc w:val="center"/>
      </w:pPr>
      <w:r>
        <w:rPr>
          <w:color w:val="70757A"/>
          <w:sz w:val="23"/>
        </w:rPr>
        <w:t>금융</w:t>
      </w:r>
      <w:r>
        <w:rPr>
          <w:color w:val="70757A"/>
          <w:sz w:val="23"/>
        </w:rPr>
        <w:t xml:space="preserve"> </w:t>
      </w:r>
      <w:r>
        <w:rPr>
          <w:color w:val="70757A"/>
          <w:sz w:val="23"/>
        </w:rPr>
        <w:t>업무</w:t>
      </w:r>
      <w:r>
        <w:rPr>
          <w:color w:val="70757A"/>
          <w:sz w:val="23"/>
        </w:rPr>
        <w:t xml:space="preserve"> </w:t>
      </w:r>
      <w:r>
        <w:rPr>
          <w:color w:val="70757A"/>
          <w:sz w:val="23"/>
        </w:rPr>
        <w:t>흐름</w:t>
      </w:r>
    </w:p>
    <w:p w14:paraId="13DD6270" w14:textId="77777777" w:rsidR="00C25814" w:rsidRDefault="00C25814"/>
    <w:p w14:paraId="2F162706" w14:textId="77777777" w:rsidR="00C25814" w:rsidRDefault="004F692B">
      <w:pPr>
        <w:spacing w:after="120"/>
        <w:jc w:val="center"/>
      </w:pPr>
      <w:r>
        <w:rPr>
          <w:color w:val="70757A"/>
          <w:sz w:val="21"/>
        </w:rPr>
        <w:t>한국어</w:t>
      </w:r>
      <w:r>
        <w:rPr>
          <w:color w:val="70757A"/>
          <w:sz w:val="21"/>
        </w:rPr>
        <w:t xml:space="preserve"> · REVIEW</w:t>
      </w:r>
    </w:p>
    <w:p w14:paraId="7FE3DDD4" w14:textId="77777777" w:rsidR="00C25814" w:rsidRDefault="004F692B">
      <w:pPr>
        <w:spacing w:after="100" w:line="264" w:lineRule="auto"/>
      </w:pPr>
      <w:r>
        <w:rPr>
          <w:color w:val="000000"/>
        </w:rPr>
        <w:t>은행</w:t>
      </w:r>
      <w:r>
        <w:rPr>
          <w:color w:val="000000"/>
        </w:rPr>
        <w:t>·</w:t>
      </w:r>
      <w:r>
        <w:rPr>
          <w:color w:val="000000"/>
        </w:rPr>
        <w:t>정산</w:t>
      </w:r>
      <w:r>
        <w:rPr>
          <w:color w:val="000000"/>
        </w:rPr>
        <w:t>·KYT·LP·FX·</w:t>
      </w:r>
      <w:r>
        <w:rPr>
          <w:color w:val="000000"/>
        </w:rPr>
        <w:t>견적은</w:t>
      </w:r>
      <w:r>
        <w:rPr>
          <w:color w:val="000000"/>
        </w:rPr>
        <w:t xml:space="preserve"> MOCK/</w:t>
      </w:r>
      <w:r>
        <w:rPr>
          <w:color w:val="000000"/>
        </w:rPr>
        <w:t>합성입니다</w:t>
      </w:r>
      <w:r>
        <w:rPr>
          <w:color w:val="000000"/>
        </w:rPr>
        <w:t xml:space="preserve">. </w:t>
      </w:r>
      <w:r>
        <w:rPr>
          <w:color w:val="000000"/>
        </w:rPr>
        <w:t>제품</w:t>
      </w:r>
      <w:r>
        <w:rPr>
          <w:color w:val="000000"/>
        </w:rPr>
        <w:t xml:space="preserve"> AI</w:t>
      </w:r>
      <w:r>
        <w:rPr>
          <w:color w:val="000000"/>
        </w:rPr>
        <w:t>는</w:t>
      </w:r>
      <w:r>
        <w:rPr>
          <w:color w:val="000000"/>
        </w:rPr>
        <w:t xml:space="preserve"> DISABLED</w:t>
      </w:r>
      <w:r>
        <w:rPr>
          <w:color w:val="000000"/>
        </w:rPr>
        <w:t>입니다</w:t>
      </w:r>
      <w:r>
        <w:rPr>
          <w:color w:val="000000"/>
        </w:rPr>
        <w:t>.</w:t>
      </w:r>
    </w:p>
    <w:p w14:paraId="63C2073F" w14:textId="77777777" w:rsidR="00C25814" w:rsidRDefault="004F692B">
      <w:pPr>
        <w:spacing w:after="100" w:line="264" w:lineRule="auto"/>
      </w:pPr>
      <w:r>
        <w:rPr>
          <w:b/>
          <w:color w:val="000000"/>
        </w:rPr>
        <w:t>재생을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누르면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설명을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시작합니다</w:t>
      </w:r>
      <w:r>
        <w:rPr>
          <w:b/>
          <w:color w:val="000000"/>
        </w:rPr>
        <w:t>.</w:t>
      </w:r>
    </w:p>
    <w:p w14:paraId="259CF832" w14:textId="77777777" w:rsidR="00C25814" w:rsidRDefault="004F692B">
      <w:pPr>
        <w:spacing w:after="100" w:line="264" w:lineRule="auto"/>
      </w:pPr>
      <w:r>
        <w:rPr>
          <w:color w:val="000000"/>
        </w:rPr>
        <w:t>자막은</w:t>
      </w:r>
      <w:r>
        <w:rPr>
          <w:color w:val="000000"/>
        </w:rPr>
        <w:t xml:space="preserve"> </w:t>
      </w:r>
      <w:r>
        <w:rPr>
          <w:color w:val="000000"/>
        </w:rPr>
        <w:t>필요할</w:t>
      </w:r>
      <w:r>
        <w:rPr>
          <w:color w:val="000000"/>
        </w:rPr>
        <w:t xml:space="preserve"> </w:t>
      </w:r>
      <w:r>
        <w:rPr>
          <w:color w:val="000000"/>
        </w:rPr>
        <w:t>때</w:t>
      </w:r>
      <w:r>
        <w:rPr>
          <w:color w:val="000000"/>
        </w:rPr>
        <w:t xml:space="preserve"> </w:t>
      </w:r>
      <w:r>
        <w:rPr>
          <w:color w:val="000000"/>
        </w:rPr>
        <w:t>켤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11EA56C1" w14:textId="77777777" w:rsidR="00C25814" w:rsidRDefault="004F692B">
      <w:r>
        <w:br w:type="page"/>
      </w:r>
    </w:p>
    <w:p w14:paraId="660EF39E" w14:textId="77777777" w:rsidR="00C25814" w:rsidRDefault="004F692B">
      <w:pPr>
        <w:pStyle w:val="1"/>
        <w:spacing w:after="180"/>
      </w:pPr>
      <w:r>
        <w:lastRenderedPageBreak/>
        <w:t>발표</w:t>
      </w:r>
      <w:r>
        <w:t xml:space="preserve"> </w:t>
      </w:r>
      <w:r>
        <w:t>준비와</w:t>
      </w:r>
      <w:r>
        <w:t xml:space="preserve"> </w:t>
      </w:r>
      <w:r>
        <w:t>브라우저</w:t>
      </w:r>
      <w:r>
        <w:t xml:space="preserve"> </w:t>
      </w:r>
      <w:r>
        <w:t>사용</w:t>
      </w:r>
    </w:p>
    <w:p w14:paraId="66A4D581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1. </w:t>
      </w:r>
      <w:r>
        <w:rPr>
          <w:color w:val="000000"/>
        </w:rPr>
        <w:t>재생을</w:t>
      </w:r>
      <w:r>
        <w:rPr>
          <w:color w:val="000000"/>
        </w:rPr>
        <w:t xml:space="preserve"> </w:t>
      </w:r>
      <w:r>
        <w:rPr>
          <w:color w:val="000000"/>
        </w:rPr>
        <w:t>누르면</w:t>
      </w:r>
      <w:r>
        <w:rPr>
          <w:color w:val="000000"/>
        </w:rPr>
        <w:t xml:space="preserve"> </w:t>
      </w:r>
      <w:r>
        <w:rPr>
          <w:color w:val="000000"/>
        </w:rPr>
        <w:t>설명이</w:t>
      </w:r>
      <w:r>
        <w:rPr>
          <w:color w:val="000000"/>
        </w:rPr>
        <w:t xml:space="preserve"> </w:t>
      </w:r>
      <w:r>
        <w:rPr>
          <w:color w:val="000000"/>
        </w:rPr>
        <w:t>시작되고</w:t>
      </w:r>
      <w:r>
        <w:rPr>
          <w:color w:val="000000"/>
        </w:rPr>
        <w:t xml:space="preserve"> </w:t>
      </w:r>
      <w:r>
        <w:rPr>
          <w:color w:val="000000"/>
        </w:rPr>
        <w:t>음성이</w:t>
      </w:r>
      <w:r>
        <w:rPr>
          <w:color w:val="000000"/>
        </w:rPr>
        <w:t xml:space="preserve"> </w:t>
      </w:r>
      <w:r>
        <w:rPr>
          <w:color w:val="000000"/>
        </w:rPr>
        <w:t>끝나면</w:t>
      </w:r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r>
        <w:rPr>
          <w:color w:val="000000"/>
        </w:rPr>
        <w:t>장면으로</w:t>
      </w:r>
      <w:r>
        <w:rPr>
          <w:color w:val="000000"/>
        </w:rPr>
        <w:t xml:space="preserve"> </w:t>
      </w:r>
      <w:r>
        <w:rPr>
          <w:color w:val="000000"/>
        </w:rPr>
        <w:t>이동합니다</w:t>
      </w:r>
      <w:r>
        <w:rPr>
          <w:color w:val="000000"/>
        </w:rPr>
        <w:t>.</w:t>
      </w:r>
    </w:p>
    <w:p w14:paraId="5C9F9F49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2. </w:t>
      </w:r>
      <w:r>
        <w:rPr>
          <w:color w:val="000000"/>
        </w:rPr>
        <w:t>이전</w:t>
      </w:r>
      <w:r>
        <w:rPr>
          <w:color w:val="000000"/>
        </w:rPr>
        <w:t>·</w:t>
      </w:r>
      <w:r>
        <w:rPr>
          <w:color w:val="000000"/>
        </w:rPr>
        <w:t>다음으로</w:t>
      </w:r>
      <w:r>
        <w:rPr>
          <w:color w:val="000000"/>
        </w:rPr>
        <w:t xml:space="preserve"> </w:t>
      </w:r>
      <w:r>
        <w:rPr>
          <w:color w:val="000000"/>
        </w:rPr>
        <w:t>장면을</w:t>
      </w:r>
      <w:r>
        <w:rPr>
          <w:color w:val="000000"/>
        </w:rPr>
        <w:t xml:space="preserve"> </w:t>
      </w:r>
      <w:r>
        <w:rPr>
          <w:color w:val="000000"/>
        </w:rPr>
        <w:t>바꿉니다</w:t>
      </w:r>
      <w:r>
        <w:rPr>
          <w:color w:val="000000"/>
        </w:rPr>
        <w:t xml:space="preserve">. </w:t>
      </w:r>
      <w:r>
        <w:rPr>
          <w:color w:val="000000"/>
        </w:rPr>
        <w:t>일시정지는</w:t>
      </w:r>
      <w:r>
        <w:rPr>
          <w:color w:val="000000"/>
        </w:rPr>
        <w:t xml:space="preserve"> </w:t>
      </w:r>
      <w:r>
        <w:rPr>
          <w:color w:val="000000"/>
        </w:rPr>
        <w:t>음성을</w:t>
      </w:r>
      <w:r>
        <w:rPr>
          <w:color w:val="000000"/>
        </w:rPr>
        <w:t xml:space="preserve"> </w:t>
      </w:r>
      <w:r>
        <w:rPr>
          <w:color w:val="000000"/>
        </w:rPr>
        <w:t>멈추며</w:t>
      </w:r>
      <w:r>
        <w:rPr>
          <w:color w:val="000000"/>
        </w:rPr>
        <w:t xml:space="preserve"> </w:t>
      </w:r>
      <w:r>
        <w:rPr>
          <w:color w:val="000000"/>
        </w:rPr>
        <w:t>재생으로</w:t>
      </w:r>
      <w:r>
        <w:rPr>
          <w:color w:val="000000"/>
        </w:rPr>
        <w:t xml:space="preserve"> </w:t>
      </w:r>
      <w:r>
        <w:rPr>
          <w:color w:val="000000"/>
        </w:rPr>
        <w:t>이어</w:t>
      </w:r>
      <w:r>
        <w:rPr>
          <w:color w:val="000000"/>
        </w:rPr>
        <w:t xml:space="preserve"> </w:t>
      </w:r>
      <w:r>
        <w:rPr>
          <w:color w:val="000000"/>
        </w:rPr>
        <w:t>듣습니다</w:t>
      </w:r>
      <w:r>
        <w:rPr>
          <w:color w:val="000000"/>
        </w:rPr>
        <w:t>.</w:t>
      </w:r>
    </w:p>
    <w:p w14:paraId="72AEA329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3. </w:t>
      </w:r>
      <w:r>
        <w:rPr>
          <w:color w:val="000000"/>
        </w:rPr>
        <w:t>발표</w:t>
      </w:r>
      <w:r>
        <w:rPr>
          <w:color w:val="000000"/>
        </w:rPr>
        <w:t xml:space="preserve"> </w:t>
      </w:r>
      <w:r>
        <w:rPr>
          <w:color w:val="000000"/>
        </w:rPr>
        <w:t>설정에서</w:t>
      </w:r>
      <w:r>
        <w:rPr>
          <w:color w:val="000000"/>
        </w:rPr>
        <w:t xml:space="preserve"> </w:t>
      </w:r>
      <w:r>
        <w:rPr>
          <w:color w:val="000000"/>
        </w:rPr>
        <w:t>장면</w:t>
      </w:r>
      <w:r>
        <w:rPr>
          <w:color w:val="000000"/>
        </w:rPr>
        <w:t>·</w:t>
      </w:r>
      <w:r>
        <w:rPr>
          <w:color w:val="000000"/>
        </w:rPr>
        <w:t>시연</w:t>
      </w:r>
      <w:r>
        <w:rPr>
          <w:color w:val="000000"/>
        </w:rPr>
        <w:t xml:space="preserve"> </w:t>
      </w:r>
      <w:r>
        <w:rPr>
          <w:color w:val="000000"/>
        </w:rPr>
        <w:t>경로</w:t>
      </w:r>
      <w:r>
        <w:rPr>
          <w:color w:val="000000"/>
        </w:rPr>
        <w:t>·</w:t>
      </w:r>
      <w:r>
        <w:rPr>
          <w:color w:val="000000"/>
        </w:rPr>
        <w:t>전체</w:t>
      </w:r>
      <w:r>
        <w:rPr>
          <w:color w:val="000000"/>
        </w:rPr>
        <w:t xml:space="preserve"> </w:t>
      </w:r>
      <w:r>
        <w:rPr>
          <w:color w:val="000000"/>
        </w:rPr>
        <w:t>원고를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패널을</w:t>
      </w:r>
      <w:r>
        <w:rPr>
          <w:color w:val="000000"/>
        </w:rPr>
        <w:t xml:space="preserve"> </w:t>
      </w:r>
      <w:r>
        <w:rPr>
          <w:color w:val="000000"/>
        </w:rPr>
        <w:t>닫으면</w:t>
      </w:r>
      <w:r>
        <w:rPr>
          <w:color w:val="000000"/>
        </w:rPr>
        <w:t xml:space="preserve"> </w:t>
      </w:r>
      <w:r>
        <w:rPr>
          <w:color w:val="000000"/>
        </w:rPr>
        <w:t>관객용</w:t>
      </w:r>
      <w:r>
        <w:rPr>
          <w:color w:val="000000"/>
        </w:rPr>
        <w:t xml:space="preserve"> </w:t>
      </w:r>
      <w:r>
        <w:rPr>
          <w:color w:val="000000"/>
        </w:rPr>
        <w:t>화면으로</w:t>
      </w:r>
      <w:r>
        <w:rPr>
          <w:color w:val="000000"/>
        </w:rPr>
        <w:t xml:space="preserve"> </w:t>
      </w:r>
      <w:r>
        <w:rPr>
          <w:color w:val="000000"/>
        </w:rPr>
        <w:t>돌아갑니다</w:t>
      </w:r>
      <w:r>
        <w:rPr>
          <w:color w:val="000000"/>
        </w:rPr>
        <w:t>.</w:t>
      </w:r>
    </w:p>
    <w:p w14:paraId="30B64E76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4. </w:t>
      </w:r>
      <w:r>
        <w:rPr>
          <w:color w:val="000000"/>
        </w:rPr>
        <w:t>저장</w:t>
      </w:r>
      <w:r>
        <w:rPr>
          <w:color w:val="000000"/>
        </w:rPr>
        <w:t xml:space="preserve"> </w:t>
      </w:r>
      <w:r>
        <w:rPr>
          <w:color w:val="000000"/>
        </w:rPr>
        <w:t>화면</w:t>
      </w:r>
      <w:r>
        <w:rPr>
          <w:color w:val="000000"/>
        </w:rPr>
        <w:t xml:space="preserve"> </w:t>
      </w:r>
      <w:r>
        <w:rPr>
          <w:color w:val="000000"/>
        </w:rPr>
        <w:t>전체가</w:t>
      </w:r>
      <w:r>
        <w:rPr>
          <w:color w:val="000000"/>
        </w:rPr>
        <w:t xml:space="preserve"> </w:t>
      </w:r>
      <w:r>
        <w:rPr>
          <w:color w:val="000000"/>
        </w:rPr>
        <w:t>표시</w:t>
      </w:r>
      <w:r>
        <w:rPr>
          <w:color w:val="000000"/>
        </w:rPr>
        <w:t xml:space="preserve"> </w:t>
      </w:r>
      <w:r>
        <w:rPr>
          <w:color w:val="000000"/>
        </w:rPr>
        <w:t>영역</w:t>
      </w:r>
      <w:r>
        <w:rPr>
          <w:color w:val="000000"/>
        </w:rPr>
        <w:t xml:space="preserve"> </w:t>
      </w:r>
      <w:r>
        <w:rPr>
          <w:color w:val="000000"/>
        </w:rPr>
        <w:t>안에</w:t>
      </w:r>
      <w:r>
        <w:rPr>
          <w:color w:val="000000"/>
        </w:rPr>
        <w:t xml:space="preserve"> </w:t>
      </w:r>
      <w:r>
        <w:rPr>
          <w:color w:val="000000"/>
        </w:rPr>
        <w:t>들어옵니다</w:t>
      </w:r>
      <w:r>
        <w:rPr>
          <w:color w:val="000000"/>
        </w:rPr>
        <w:t xml:space="preserve">. </w:t>
      </w:r>
      <w:r>
        <w:rPr>
          <w:color w:val="000000"/>
        </w:rPr>
        <w:t>자막은</w:t>
      </w:r>
      <w:r>
        <w:rPr>
          <w:color w:val="000000"/>
        </w:rPr>
        <w:t xml:space="preserve"> </w:t>
      </w:r>
      <w:r>
        <w:rPr>
          <w:color w:val="000000"/>
        </w:rPr>
        <w:t>필요할</w:t>
      </w:r>
      <w:r>
        <w:rPr>
          <w:color w:val="000000"/>
        </w:rPr>
        <w:t xml:space="preserve"> </w:t>
      </w:r>
      <w:r>
        <w:rPr>
          <w:color w:val="000000"/>
        </w:rPr>
        <w:t>때</w:t>
      </w:r>
      <w:r>
        <w:rPr>
          <w:color w:val="000000"/>
        </w:rPr>
        <w:t xml:space="preserve"> </w:t>
      </w:r>
      <w:r>
        <w:rPr>
          <w:color w:val="000000"/>
        </w:rPr>
        <w:t>켜며</w:t>
      </w:r>
      <w:r>
        <w:rPr>
          <w:color w:val="000000"/>
        </w:rPr>
        <w:t xml:space="preserve"> </w:t>
      </w:r>
      <w:r>
        <w:rPr>
          <w:color w:val="000000"/>
        </w:rPr>
        <w:t>전체화면으로</w:t>
      </w:r>
      <w:r>
        <w:rPr>
          <w:color w:val="000000"/>
        </w:rPr>
        <w:t xml:space="preserve"> </w:t>
      </w:r>
      <w:r>
        <w:rPr>
          <w:color w:val="000000"/>
        </w:rPr>
        <w:t>표시</w:t>
      </w:r>
      <w:r>
        <w:rPr>
          <w:color w:val="000000"/>
        </w:rPr>
        <w:t xml:space="preserve"> </w:t>
      </w:r>
      <w:r>
        <w:rPr>
          <w:color w:val="000000"/>
        </w:rPr>
        <w:t>영역을</w:t>
      </w:r>
      <w:r>
        <w:rPr>
          <w:color w:val="000000"/>
        </w:rPr>
        <w:t xml:space="preserve"> </w:t>
      </w:r>
      <w:r>
        <w:rPr>
          <w:color w:val="000000"/>
        </w:rPr>
        <w:t>넓힐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5CECD45D" w14:textId="77777777" w:rsidR="00C25814" w:rsidRDefault="004F692B">
      <w:r>
        <w:br w:type="page"/>
      </w:r>
    </w:p>
    <w:p w14:paraId="049BE947" w14:textId="77777777" w:rsidR="00C25814" w:rsidRDefault="004F692B">
      <w:pPr>
        <w:pStyle w:val="1"/>
        <w:spacing w:after="180"/>
      </w:pPr>
      <w:bookmarkStart w:id="0" w:name="contents"/>
      <w:r>
        <w:lastRenderedPageBreak/>
        <w:t>목차</w:t>
      </w:r>
      <w:r>
        <w:t xml:space="preserve"> (1–14)</w:t>
      </w:r>
      <w:bookmarkEnd w:id="0"/>
    </w:p>
    <w:p w14:paraId="6C50F513" w14:textId="73CD9A0B" w:rsidR="00C25814" w:rsidRDefault="004F692B">
      <w:pPr>
        <w:spacing w:after="100" w:line="264" w:lineRule="auto"/>
      </w:pPr>
      <w:hyperlink w:anchor="scene01">
        <w:r>
          <w:rPr>
            <w:color w:val="202020"/>
            <w:u w:val="single"/>
          </w:rPr>
          <w:t xml:space="preserve">01. MIZAN </w:t>
        </w:r>
        <w:r>
          <w:rPr>
            <w:color w:val="202020"/>
            <w:u w:val="single"/>
          </w:rPr>
          <w:t>금융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업무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흐름</w:t>
        </w:r>
      </w:hyperlink>
      <w:r>
        <w:t xml:space="preserve"> · </w:t>
      </w:r>
      <w:r>
        <w:fldChar w:fldCharType="begin"/>
      </w:r>
      <w:r>
        <w:instrText>PAGEREF scene01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78D6C127" w14:textId="366D4DD5" w:rsidR="00C25814" w:rsidRDefault="004F692B">
      <w:pPr>
        <w:spacing w:after="100" w:line="264" w:lineRule="auto"/>
      </w:pPr>
      <w:hyperlink w:anchor="scene02">
        <w:r>
          <w:rPr>
            <w:color w:val="202020"/>
            <w:u w:val="single"/>
          </w:rPr>
          <w:t xml:space="preserve">02. </w:t>
        </w:r>
        <w:r>
          <w:rPr>
            <w:color w:val="202020"/>
            <w:u w:val="single"/>
          </w:rPr>
          <w:t>역할과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책임</w:t>
        </w:r>
      </w:hyperlink>
      <w:r>
        <w:t xml:space="preserve"> · </w:t>
      </w:r>
      <w:r>
        <w:fldChar w:fldCharType="begin"/>
      </w:r>
      <w:r>
        <w:instrText>PAGEREF scene02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61BCDAB2" w14:textId="7CB20502" w:rsidR="00C25814" w:rsidRDefault="004F692B">
      <w:pPr>
        <w:spacing w:after="100" w:line="264" w:lineRule="auto"/>
      </w:pPr>
      <w:hyperlink w:anchor="scene03">
        <w:r>
          <w:rPr>
            <w:color w:val="202020"/>
            <w:u w:val="single"/>
          </w:rPr>
          <w:t xml:space="preserve">03. </w:t>
        </w:r>
        <w:r>
          <w:rPr>
            <w:color w:val="202020"/>
            <w:u w:val="single"/>
          </w:rPr>
          <w:t>거래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단계별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상태</w:t>
        </w:r>
      </w:hyperlink>
      <w:r>
        <w:t xml:space="preserve"> · </w:t>
      </w:r>
      <w:r>
        <w:fldChar w:fldCharType="begin"/>
      </w:r>
      <w:r>
        <w:instrText>PAGEREF scene03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251EBD4D" w14:textId="7900626A" w:rsidR="00C25814" w:rsidRDefault="004F692B">
      <w:pPr>
        <w:spacing w:after="100" w:line="264" w:lineRule="auto"/>
      </w:pPr>
      <w:hyperlink w:anchor="scene04">
        <w:r>
          <w:rPr>
            <w:color w:val="202020"/>
            <w:u w:val="single"/>
          </w:rPr>
          <w:t xml:space="preserve">04. </w:t>
        </w:r>
        <w:r>
          <w:rPr>
            <w:color w:val="202020"/>
            <w:u w:val="single"/>
          </w:rPr>
          <w:t>대표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거래의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처리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과정</w:t>
        </w:r>
      </w:hyperlink>
      <w:r>
        <w:t xml:space="preserve"> · </w:t>
      </w:r>
      <w:r>
        <w:fldChar w:fldCharType="begin"/>
      </w:r>
      <w:r>
        <w:instrText>PAGEREF scene04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2750F643" w14:textId="244F55A9" w:rsidR="00C25814" w:rsidRDefault="004F692B">
      <w:pPr>
        <w:spacing w:after="100" w:line="264" w:lineRule="auto"/>
      </w:pPr>
      <w:hyperlink w:anchor="scene05">
        <w:r>
          <w:rPr>
            <w:color w:val="202020"/>
            <w:u w:val="single"/>
          </w:rPr>
          <w:t xml:space="preserve">05. </w:t>
        </w:r>
        <w:r>
          <w:rPr>
            <w:color w:val="202020"/>
            <w:u w:val="single"/>
          </w:rPr>
          <w:t>승인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조건과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잔액</w:t>
        </w:r>
      </w:hyperlink>
      <w:r>
        <w:t xml:space="preserve"> · </w:t>
      </w:r>
      <w:r>
        <w:fldChar w:fldCharType="begin"/>
      </w:r>
      <w:r>
        <w:instrText>PAGEREF scene05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68042029" w14:textId="1C51C329" w:rsidR="00C25814" w:rsidRDefault="004F692B">
      <w:pPr>
        <w:spacing w:after="100" w:line="264" w:lineRule="auto"/>
      </w:pPr>
      <w:hyperlink w:anchor="scene06">
        <w:r>
          <w:rPr>
            <w:color w:val="202020"/>
            <w:u w:val="single"/>
          </w:rPr>
          <w:t xml:space="preserve">06. </w:t>
        </w:r>
        <w:r>
          <w:rPr>
            <w:color w:val="202020"/>
            <w:u w:val="single"/>
          </w:rPr>
          <w:t>전표와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자금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예약</w:t>
        </w:r>
      </w:hyperlink>
      <w:r>
        <w:t xml:space="preserve"> · </w:t>
      </w:r>
      <w:r>
        <w:fldChar w:fldCharType="begin"/>
      </w:r>
      <w:r>
        <w:instrText>PAGEREF scene06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152AB1A" w14:textId="547CF20D" w:rsidR="00C25814" w:rsidRDefault="004F692B">
      <w:pPr>
        <w:spacing w:after="100" w:line="264" w:lineRule="auto"/>
      </w:pPr>
      <w:hyperlink w:anchor="scene07">
        <w:r>
          <w:rPr>
            <w:color w:val="202020"/>
            <w:u w:val="single"/>
          </w:rPr>
          <w:t xml:space="preserve">07. </w:t>
        </w:r>
        <w:r>
          <w:rPr>
            <w:color w:val="202020"/>
            <w:u w:val="single"/>
          </w:rPr>
          <w:t>거래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증적과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추적</w:t>
        </w:r>
      </w:hyperlink>
      <w:r>
        <w:t xml:space="preserve"> · </w:t>
      </w:r>
      <w:r>
        <w:fldChar w:fldCharType="begin"/>
      </w:r>
      <w:r>
        <w:instrText>PAGEREF scene07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5B7AAEA1" w14:textId="46F8882E" w:rsidR="00C25814" w:rsidRDefault="004F692B">
      <w:pPr>
        <w:spacing w:after="100" w:line="264" w:lineRule="auto"/>
      </w:pPr>
      <w:hyperlink w:anchor="scene08">
        <w:r>
          <w:rPr>
            <w:color w:val="202020"/>
            <w:u w:val="single"/>
          </w:rPr>
          <w:t xml:space="preserve">08. </w:t>
        </w:r>
        <w:r>
          <w:rPr>
            <w:color w:val="202020"/>
            <w:u w:val="single"/>
          </w:rPr>
          <w:t>지급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이후의</w:t>
        </w:r>
        <w:r>
          <w:rPr>
            <w:color w:val="202020"/>
            <w:u w:val="single"/>
          </w:rPr>
          <w:t xml:space="preserve"> LP </w:t>
        </w:r>
        <w:r>
          <w:rPr>
            <w:color w:val="202020"/>
            <w:u w:val="single"/>
          </w:rPr>
          <w:t>채무</w:t>
        </w:r>
      </w:hyperlink>
      <w:r>
        <w:t xml:space="preserve"> · </w:t>
      </w:r>
      <w:r>
        <w:fldChar w:fldCharType="begin"/>
      </w:r>
      <w:r>
        <w:instrText>PAGEREF scene08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C8A3A72" w14:textId="0C6EA803" w:rsidR="00C25814" w:rsidRDefault="004F692B">
      <w:pPr>
        <w:spacing w:after="100" w:line="264" w:lineRule="auto"/>
      </w:pPr>
      <w:hyperlink w:anchor="scene09">
        <w:r>
          <w:rPr>
            <w:color w:val="202020"/>
            <w:u w:val="single"/>
          </w:rPr>
          <w:t xml:space="preserve">09. </w:t>
        </w:r>
        <w:r>
          <w:rPr>
            <w:color w:val="202020"/>
            <w:u w:val="single"/>
          </w:rPr>
          <w:t>경로별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총비용</w:t>
        </w:r>
      </w:hyperlink>
      <w:r>
        <w:t xml:space="preserve"> · </w:t>
      </w:r>
      <w:r>
        <w:fldChar w:fldCharType="begin"/>
      </w:r>
      <w:r>
        <w:instrText>PAGEREF scene09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2DF0F232" w14:textId="2EDEE934" w:rsidR="00C25814" w:rsidRDefault="004F692B">
      <w:pPr>
        <w:spacing w:after="100" w:line="264" w:lineRule="auto"/>
      </w:pPr>
      <w:hyperlink w:anchor="scene10">
        <w:r>
          <w:rPr>
            <w:color w:val="202020"/>
            <w:u w:val="single"/>
          </w:rPr>
          <w:t xml:space="preserve">10. </w:t>
        </w:r>
        <w:r>
          <w:rPr>
            <w:color w:val="202020"/>
            <w:u w:val="single"/>
          </w:rPr>
          <w:t>견적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비용과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실제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비용</w:t>
        </w:r>
      </w:hyperlink>
      <w:r>
        <w:t xml:space="preserve"> · </w:t>
      </w:r>
      <w:r>
        <w:fldChar w:fldCharType="begin"/>
      </w:r>
      <w:r>
        <w:instrText>PAGEREF scene10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F882648" w14:textId="3635D1B0" w:rsidR="00C25814" w:rsidRDefault="004F692B">
      <w:pPr>
        <w:spacing w:after="100" w:line="264" w:lineRule="auto"/>
      </w:pPr>
      <w:hyperlink w:anchor="scene11">
        <w:r>
          <w:rPr>
            <w:color w:val="202020"/>
            <w:u w:val="single"/>
          </w:rPr>
          <w:t xml:space="preserve">11. </w:t>
        </w:r>
        <w:r>
          <w:rPr>
            <w:color w:val="202020"/>
            <w:u w:val="single"/>
          </w:rPr>
          <w:t>비용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보정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승인</w:t>
        </w:r>
      </w:hyperlink>
      <w:r>
        <w:t xml:space="preserve"> · </w:t>
      </w:r>
      <w:r>
        <w:fldChar w:fldCharType="begin"/>
      </w:r>
      <w:r>
        <w:instrText>PAGEREF scene11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753161E2" w14:textId="028BB335" w:rsidR="00C25814" w:rsidRDefault="004F692B">
      <w:pPr>
        <w:spacing w:after="100" w:line="264" w:lineRule="auto"/>
      </w:pPr>
      <w:hyperlink w:anchor="scene12">
        <w:r>
          <w:rPr>
            <w:color w:val="202020"/>
            <w:u w:val="single"/>
          </w:rPr>
          <w:t xml:space="preserve">12. </w:t>
        </w:r>
        <w:r>
          <w:rPr>
            <w:color w:val="202020"/>
            <w:u w:val="single"/>
          </w:rPr>
          <w:t>마감과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미결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항목</w:t>
        </w:r>
      </w:hyperlink>
      <w:r>
        <w:t xml:space="preserve"> · </w:t>
      </w:r>
      <w:r>
        <w:fldChar w:fldCharType="begin"/>
      </w:r>
      <w:r>
        <w:instrText>PAGEREF scene12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285111E" w14:textId="2F83F161" w:rsidR="00C25814" w:rsidRDefault="004F692B">
      <w:pPr>
        <w:spacing w:after="100" w:line="264" w:lineRule="auto"/>
      </w:pPr>
      <w:hyperlink w:anchor="scene13">
        <w:r>
          <w:rPr>
            <w:color w:val="202020"/>
            <w:u w:val="single"/>
          </w:rPr>
          <w:t xml:space="preserve">13. </w:t>
        </w:r>
        <w:r>
          <w:rPr>
            <w:color w:val="202020"/>
            <w:u w:val="single"/>
          </w:rPr>
          <w:t>정산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캘린더</w:t>
        </w:r>
      </w:hyperlink>
      <w:r>
        <w:t xml:space="preserve"> · </w:t>
      </w:r>
      <w:r>
        <w:fldChar w:fldCharType="begin"/>
      </w:r>
      <w:r>
        <w:instrText>PAGEREF scene13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45EE62AC" w14:textId="0A374C95" w:rsidR="00C25814" w:rsidRDefault="004F692B">
      <w:pPr>
        <w:spacing w:after="100" w:line="264" w:lineRule="auto"/>
      </w:pPr>
      <w:hyperlink w:anchor="scene14">
        <w:r>
          <w:rPr>
            <w:color w:val="202020"/>
            <w:u w:val="single"/>
          </w:rPr>
          <w:t xml:space="preserve">14. </w:t>
        </w:r>
        <w:r>
          <w:rPr>
            <w:color w:val="202020"/>
            <w:u w:val="single"/>
          </w:rPr>
          <w:t>거래에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고정되는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일정</w:t>
        </w:r>
      </w:hyperlink>
      <w:r>
        <w:t xml:space="preserve"> · </w:t>
      </w:r>
      <w:r>
        <w:fldChar w:fldCharType="begin"/>
      </w:r>
      <w:r>
        <w:instrText>PAGEREF scene14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654C31DB" w14:textId="77777777" w:rsidR="00C25814" w:rsidRDefault="004F692B">
      <w:r>
        <w:br w:type="page"/>
      </w:r>
    </w:p>
    <w:p w14:paraId="37219971" w14:textId="77777777" w:rsidR="00C25814" w:rsidRDefault="004F692B">
      <w:pPr>
        <w:pStyle w:val="1"/>
        <w:spacing w:after="180"/>
      </w:pPr>
      <w:r>
        <w:lastRenderedPageBreak/>
        <w:t>목차</w:t>
      </w:r>
      <w:r>
        <w:t xml:space="preserve"> (15–28)</w:t>
      </w:r>
    </w:p>
    <w:p w14:paraId="1F0859B2" w14:textId="347459BE" w:rsidR="00C25814" w:rsidRDefault="004F692B">
      <w:pPr>
        <w:spacing w:after="100" w:line="264" w:lineRule="auto"/>
      </w:pPr>
      <w:hyperlink w:anchor="scene15">
        <w:r>
          <w:rPr>
            <w:color w:val="202020"/>
            <w:u w:val="single"/>
          </w:rPr>
          <w:t xml:space="preserve">15. LP </w:t>
        </w:r>
        <w:r>
          <w:rPr>
            <w:color w:val="202020"/>
            <w:u w:val="single"/>
          </w:rPr>
          <w:t>약정과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기간비용</w:t>
        </w:r>
      </w:hyperlink>
      <w:r>
        <w:t xml:space="preserve"> · </w:t>
      </w:r>
      <w:r>
        <w:fldChar w:fldCharType="begin"/>
      </w:r>
      <w:r>
        <w:instrText>PAGEREF scene15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1E65CCBF" w14:textId="16D061F2" w:rsidR="00C25814" w:rsidRDefault="004F692B">
      <w:pPr>
        <w:spacing w:after="100" w:line="264" w:lineRule="auto"/>
      </w:pPr>
      <w:hyperlink w:anchor="scene16">
        <w:r>
          <w:rPr>
            <w:color w:val="202020"/>
            <w:u w:val="single"/>
          </w:rPr>
          <w:t xml:space="preserve">16. </w:t>
        </w:r>
        <w:r>
          <w:rPr>
            <w:color w:val="202020"/>
            <w:u w:val="single"/>
          </w:rPr>
          <w:t>설정의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승인과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적용</w:t>
        </w:r>
      </w:hyperlink>
      <w:r>
        <w:t xml:space="preserve"> · </w:t>
      </w:r>
      <w:r>
        <w:fldChar w:fldCharType="begin"/>
      </w:r>
      <w:r>
        <w:instrText>PAGEREF scene16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426C6F03" w14:textId="5F923FF7" w:rsidR="00C25814" w:rsidRDefault="004F692B">
      <w:pPr>
        <w:spacing w:after="100" w:line="264" w:lineRule="auto"/>
      </w:pPr>
      <w:hyperlink w:anchor="scene17">
        <w:r>
          <w:rPr>
            <w:color w:val="202020"/>
            <w:u w:val="single"/>
          </w:rPr>
          <w:t xml:space="preserve">17. </w:t>
        </w:r>
        <w:r>
          <w:rPr>
            <w:color w:val="202020"/>
            <w:u w:val="single"/>
          </w:rPr>
          <w:t>업무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준비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순서</w:t>
        </w:r>
      </w:hyperlink>
      <w:r>
        <w:t xml:space="preserve"> · </w:t>
      </w:r>
      <w:r>
        <w:fldChar w:fldCharType="begin"/>
      </w:r>
      <w:r>
        <w:instrText>PAGEREF scene17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54EBA5B3" w14:textId="69C88BA7" w:rsidR="00C25814" w:rsidRDefault="004F692B">
      <w:pPr>
        <w:spacing w:after="100" w:line="264" w:lineRule="auto"/>
      </w:pPr>
      <w:hyperlink w:anchor="scene18">
        <w:r>
          <w:rPr>
            <w:color w:val="202020"/>
            <w:u w:val="single"/>
          </w:rPr>
          <w:t xml:space="preserve">18. </w:t>
        </w:r>
        <w:r>
          <w:rPr>
            <w:color w:val="202020"/>
            <w:u w:val="single"/>
          </w:rPr>
          <w:t>기간과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고객별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한도</w:t>
        </w:r>
      </w:hyperlink>
      <w:r>
        <w:t xml:space="preserve"> · </w:t>
      </w:r>
      <w:r>
        <w:fldChar w:fldCharType="begin"/>
      </w:r>
      <w:r>
        <w:instrText>PAGEREF scene18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6F40952C" w14:textId="6C5BABAF" w:rsidR="00C25814" w:rsidRDefault="004F692B">
      <w:pPr>
        <w:spacing w:after="100" w:line="264" w:lineRule="auto"/>
      </w:pPr>
      <w:hyperlink w:anchor="scene19">
        <w:r>
          <w:rPr>
            <w:color w:val="202020"/>
            <w:u w:val="single"/>
          </w:rPr>
          <w:t xml:space="preserve">19. </w:t>
        </w:r>
        <w:r>
          <w:rPr>
            <w:color w:val="202020"/>
            <w:u w:val="single"/>
          </w:rPr>
          <w:t>은행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응답과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재전송</w:t>
        </w:r>
      </w:hyperlink>
      <w:r>
        <w:t xml:space="preserve"> · </w:t>
      </w:r>
      <w:r>
        <w:fldChar w:fldCharType="begin"/>
      </w:r>
      <w:r>
        <w:instrText>PAGEREF scene19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1BA7AE53" w14:textId="209461FE" w:rsidR="00C25814" w:rsidRDefault="004F692B">
      <w:pPr>
        <w:spacing w:after="100" w:line="264" w:lineRule="auto"/>
      </w:pPr>
      <w:hyperlink w:anchor="scene20">
        <w:r>
          <w:rPr>
            <w:color w:val="202020"/>
            <w:u w:val="single"/>
          </w:rPr>
          <w:t xml:space="preserve">20. </w:t>
        </w:r>
        <w:r>
          <w:rPr>
            <w:color w:val="202020"/>
            <w:u w:val="single"/>
          </w:rPr>
          <w:t>요청</w:t>
        </w:r>
        <w:r>
          <w:rPr>
            <w:color w:val="202020"/>
            <w:u w:val="single"/>
          </w:rPr>
          <w:t>·</w:t>
        </w:r>
        <w:r>
          <w:rPr>
            <w:color w:val="202020"/>
            <w:u w:val="single"/>
          </w:rPr>
          <w:t>승인</w:t>
        </w:r>
        <w:r>
          <w:rPr>
            <w:color w:val="202020"/>
            <w:u w:val="single"/>
          </w:rPr>
          <w:t>·</w:t>
        </w:r>
        <w:r>
          <w:rPr>
            <w:color w:val="202020"/>
            <w:u w:val="single"/>
          </w:rPr>
          <w:t>집행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분리</w:t>
        </w:r>
      </w:hyperlink>
      <w:r>
        <w:t xml:space="preserve"> · </w:t>
      </w:r>
      <w:r>
        <w:fldChar w:fldCharType="begin"/>
      </w:r>
      <w:r>
        <w:instrText>PAGEREF scene20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AD76B04" w14:textId="054D700E" w:rsidR="00C25814" w:rsidRDefault="004F692B">
      <w:pPr>
        <w:spacing w:after="100" w:line="264" w:lineRule="auto"/>
      </w:pPr>
      <w:hyperlink w:anchor="scene21">
        <w:r>
          <w:rPr>
            <w:color w:val="202020"/>
            <w:u w:val="single"/>
          </w:rPr>
          <w:t xml:space="preserve">21. </w:t>
        </w:r>
        <w:r>
          <w:rPr>
            <w:color w:val="202020"/>
            <w:u w:val="single"/>
          </w:rPr>
          <w:t>준법과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고위험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보류</w:t>
        </w:r>
      </w:hyperlink>
      <w:r>
        <w:t xml:space="preserve"> · </w:t>
      </w:r>
      <w:r>
        <w:fldChar w:fldCharType="begin"/>
      </w:r>
      <w:r>
        <w:instrText>PAGEREF scene21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05312929" w14:textId="0683FAC8" w:rsidR="00C25814" w:rsidRDefault="004F692B">
      <w:pPr>
        <w:spacing w:after="100" w:line="264" w:lineRule="auto"/>
      </w:pPr>
      <w:hyperlink w:anchor="scene22">
        <w:r>
          <w:rPr>
            <w:color w:val="202020"/>
            <w:u w:val="single"/>
          </w:rPr>
          <w:t xml:space="preserve">22. </w:t>
        </w:r>
        <w:r>
          <w:rPr>
            <w:color w:val="202020"/>
            <w:u w:val="single"/>
          </w:rPr>
          <w:t>개인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고객의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거래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범위</w:t>
        </w:r>
      </w:hyperlink>
      <w:r>
        <w:t xml:space="preserve"> · </w:t>
      </w:r>
      <w:r>
        <w:fldChar w:fldCharType="begin"/>
      </w:r>
      <w:r>
        <w:instrText>PAGEREF scene22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4A04BFEB" w14:textId="63FADC9F" w:rsidR="00C25814" w:rsidRDefault="004F692B">
      <w:pPr>
        <w:spacing w:after="100" w:line="264" w:lineRule="auto"/>
      </w:pPr>
      <w:hyperlink w:anchor="scene23">
        <w:r>
          <w:rPr>
            <w:color w:val="202020"/>
            <w:u w:val="single"/>
          </w:rPr>
          <w:t xml:space="preserve">23. </w:t>
        </w:r>
        <w:r>
          <w:rPr>
            <w:color w:val="202020"/>
            <w:u w:val="single"/>
          </w:rPr>
          <w:t>기업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고객의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업무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범위</w:t>
        </w:r>
      </w:hyperlink>
      <w:r>
        <w:t xml:space="preserve"> · </w:t>
      </w:r>
      <w:r>
        <w:fldChar w:fldCharType="begin"/>
      </w:r>
      <w:r>
        <w:instrText>PAGEREF scene23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334372CA" w14:textId="468F40AE" w:rsidR="00C25814" w:rsidRDefault="004F692B">
      <w:pPr>
        <w:spacing w:after="100" w:line="264" w:lineRule="auto"/>
      </w:pPr>
      <w:hyperlink w:anchor="scene24">
        <w:r>
          <w:rPr>
            <w:color w:val="202020"/>
            <w:u w:val="single"/>
          </w:rPr>
          <w:t xml:space="preserve">24. AI </w:t>
        </w:r>
        <w:r>
          <w:rPr>
            <w:color w:val="202020"/>
            <w:u w:val="single"/>
          </w:rPr>
          <w:t>사용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정책</w:t>
        </w:r>
      </w:hyperlink>
      <w:r>
        <w:t xml:space="preserve"> · </w:t>
      </w:r>
      <w:r>
        <w:fldChar w:fldCharType="begin"/>
      </w:r>
      <w:r>
        <w:instrText>PAGEREF scene24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3D976FBF" w14:textId="2750E673" w:rsidR="00C25814" w:rsidRDefault="004F692B">
      <w:pPr>
        <w:spacing w:after="100" w:line="264" w:lineRule="auto"/>
      </w:pPr>
      <w:hyperlink w:anchor="scene25">
        <w:r>
          <w:rPr>
            <w:color w:val="202020"/>
            <w:u w:val="single"/>
          </w:rPr>
          <w:t xml:space="preserve">25. </w:t>
        </w:r>
        <w:r>
          <w:rPr>
            <w:color w:val="202020"/>
            <w:u w:val="single"/>
          </w:rPr>
          <w:t>근거와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보고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초안</w:t>
        </w:r>
      </w:hyperlink>
      <w:r>
        <w:t xml:space="preserve"> · </w:t>
      </w:r>
      <w:r>
        <w:fldChar w:fldCharType="begin"/>
      </w:r>
      <w:r>
        <w:instrText>PAGEREF scene25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75A6CD59" w14:textId="1BAE622A" w:rsidR="00C25814" w:rsidRDefault="004F692B">
      <w:pPr>
        <w:spacing w:after="100" w:line="264" w:lineRule="auto"/>
      </w:pPr>
      <w:hyperlink w:anchor="scene26">
        <w:r>
          <w:rPr>
            <w:color w:val="202020"/>
            <w:u w:val="single"/>
          </w:rPr>
          <w:t xml:space="preserve">26. </w:t>
        </w:r>
        <w:r>
          <w:rPr>
            <w:color w:val="202020"/>
            <w:u w:val="single"/>
          </w:rPr>
          <w:t>미확인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거래의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복구</w:t>
        </w:r>
      </w:hyperlink>
      <w:r>
        <w:t xml:space="preserve"> · </w:t>
      </w:r>
      <w:r>
        <w:fldChar w:fldCharType="begin"/>
      </w:r>
      <w:r>
        <w:instrText>PAGEREF scene26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1B20BCCE" w14:textId="5D8EF8DE" w:rsidR="00C25814" w:rsidRDefault="004F692B">
      <w:pPr>
        <w:spacing w:after="100" w:line="264" w:lineRule="auto"/>
      </w:pPr>
      <w:hyperlink w:anchor="scene27">
        <w:r>
          <w:rPr>
            <w:color w:val="202020"/>
            <w:u w:val="single"/>
          </w:rPr>
          <w:t xml:space="preserve">27. </w:t>
        </w:r>
        <w:r>
          <w:rPr>
            <w:color w:val="202020"/>
            <w:u w:val="single"/>
          </w:rPr>
          <w:t>계정과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접근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관리</w:t>
        </w:r>
      </w:hyperlink>
      <w:r>
        <w:t xml:space="preserve"> · </w:t>
      </w:r>
      <w:r>
        <w:fldChar w:fldCharType="begin"/>
      </w:r>
      <w:r>
        <w:instrText>PAGEREF scene27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51F7ECD9" w14:textId="626194E5" w:rsidR="00C25814" w:rsidRDefault="004F692B">
      <w:pPr>
        <w:spacing w:after="100" w:line="264" w:lineRule="auto"/>
      </w:pPr>
      <w:hyperlink w:anchor="scene28">
        <w:r>
          <w:rPr>
            <w:color w:val="202020"/>
            <w:u w:val="single"/>
          </w:rPr>
          <w:t xml:space="preserve">28. </w:t>
        </w:r>
        <w:r>
          <w:rPr>
            <w:color w:val="202020"/>
            <w:u w:val="single"/>
          </w:rPr>
          <w:t>업무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흐름</w:t>
        </w:r>
        <w:r>
          <w:rPr>
            <w:color w:val="202020"/>
            <w:u w:val="single"/>
          </w:rPr>
          <w:t xml:space="preserve"> </w:t>
        </w:r>
        <w:r>
          <w:rPr>
            <w:color w:val="202020"/>
            <w:u w:val="single"/>
          </w:rPr>
          <w:t>요약</w:t>
        </w:r>
      </w:hyperlink>
      <w:r>
        <w:t xml:space="preserve"> · </w:t>
      </w:r>
      <w:r>
        <w:fldChar w:fldCharType="begin"/>
      </w:r>
      <w:r>
        <w:instrText>PAGEREF scene28 \h</w:instrText>
      </w:r>
      <w:r>
        <w:fldChar w:fldCharType="separate"/>
      </w:r>
      <w:r w:rsidR="00B53E00">
        <w:rPr>
          <w:noProof/>
        </w:rPr>
        <w:t>8</w:t>
      </w:r>
      <w:r>
        <w:fldChar w:fldCharType="end"/>
      </w:r>
    </w:p>
    <w:p w14:paraId="2F461BA5" w14:textId="77777777" w:rsidR="00C25814" w:rsidRDefault="004F692B">
      <w:r>
        <w:br w:type="page"/>
      </w:r>
    </w:p>
    <w:p w14:paraId="2F9F687A" w14:textId="77777777" w:rsidR="00C25814" w:rsidRDefault="004F692B">
      <w:pPr>
        <w:pStyle w:val="1"/>
        <w:spacing w:after="180"/>
      </w:pPr>
      <w:r>
        <w:lastRenderedPageBreak/>
        <w:t>구성도</w:t>
      </w:r>
      <w:r>
        <w:t xml:space="preserve"> 1</w:t>
      </w:r>
    </w:p>
    <w:p w14:paraId="1177DA81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4B63266F" wp14:editId="35C63BDA">
            <wp:extent cx="6332400" cy="3561530"/>
            <wp:effectExtent l="0" t="0" r="0" b="0"/>
            <wp:docPr id="1" name="Picture 1" descr="편집 가능 구성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2400" cy="356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3399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편집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가능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구성도</w:t>
      </w:r>
    </w:p>
    <w:p w14:paraId="0EF638EC" w14:textId="77777777" w:rsidR="00C25814" w:rsidRDefault="004F692B">
      <w:pPr>
        <w:spacing w:after="100" w:line="264" w:lineRule="auto"/>
      </w:pPr>
      <w:r>
        <w:rPr>
          <w:color w:val="000000"/>
        </w:rPr>
        <w:t>Zenith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정책</w:t>
      </w:r>
      <w:r>
        <w:rPr>
          <w:color w:val="000000"/>
        </w:rPr>
        <w:t>·</w:t>
      </w:r>
      <w:r>
        <w:rPr>
          <w:color w:val="000000"/>
        </w:rPr>
        <w:t>증적</w:t>
      </w:r>
      <w:r>
        <w:rPr>
          <w:color w:val="000000"/>
        </w:rPr>
        <w:t xml:space="preserve"> hash </w:t>
      </w:r>
      <w:r>
        <w:rPr>
          <w:color w:val="000000"/>
        </w:rPr>
        <w:t>앵커</w:t>
      </w:r>
      <w:r>
        <w:rPr>
          <w:color w:val="000000"/>
        </w:rPr>
        <w:t>, Catena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승인된</w:t>
      </w:r>
      <w:r>
        <w:rPr>
          <w:color w:val="000000"/>
        </w:rPr>
        <w:t xml:space="preserve"> </w:t>
      </w:r>
      <w:r>
        <w:rPr>
          <w:color w:val="000000"/>
        </w:rPr>
        <w:t>실행</w:t>
      </w:r>
      <w:r>
        <w:rPr>
          <w:color w:val="000000"/>
        </w:rPr>
        <w:t xml:space="preserve"> </w:t>
      </w:r>
      <w:r>
        <w:rPr>
          <w:color w:val="000000"/>
        </w:rPr>
        <w:t>계층입니다</w:t>
      </w:r>
      <w:r>
        <w:rPr>
          <w:color w:val="000000"/>
        </w:rPr>
        <w:t>. Catena</w:t>
      </w:r>
      <w:r>
        <w:rPr>
          <w:color w:val="000000"/>
        </w:rPr>
        <w:t>를</w:t>
      </w:r>
      <w:r>
        <w:rPr>
          <w:color w:val="000000"/>
        </w:rPr>
        <w:t xml:space="preserve"> Circle </w:t>
      </w:r>
      <w:r>
        <w:rPr>
          <w:color w:val="000000"/>
        </w:rPr>
        <w:t>공식</w:t>
      </w:r>
      <w:r>
        <w:rPr>
          <w:color w:val="000000"/>
        </w:rPr>
        <w:t xml:space="preserve"> CCTP </w:t>
      </w:r>
      <w:r>
        <w:rPr>
          <w:color w:val="000000"/>
        </w:rPr>
        <w:t>도메인으로</w:t>
      </w:r>
      <w:r>
        <w:rPr>
          <w:color w:val="000000"/>
        </w:rPr>
        <w:t xml:space="preserve"> </w:t>
      </w:r>
      <w:r>
        <w:rPr>
          <w:color w:val="000000"/>
        </w:rPr>
        <w:t>설명하지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16F25C07" w14:textId="77777777" w:rsidR="00C25814" w:rsidRDefault="004F692B">
      <w:r>
        <w:br w:type="page"/>
      </w:r>
    </w:p>
    <w:p w14:paraId="6AC1250C" w14:textId="77777777" w:rsidR="00C25814" w:rsidRDefault="004F692B">
      <w:pPr>
        <w:pStyle w:val="1"/>
        <w:spacing w:after="180"/>
      </w:pPr>
      <w:r>
        <w:lastRenderedPageBreak/>
        <w:t>구성도</w:t>
      </w:r>
      <w:r>
        <w:t xml:space="preserve"> 2</w:t>
      </w:r>
    </w:p>
    <w:p w14:paraId="0EB73985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10F2F7A2" wp14:editId="5412C8BC">
            <wp:extent cx="6332400" cy="3561530"/>
            <wp:effectExtent l="0" t="0" r="0" b="0"/>
            <wp:docPr id="2" name="Picture 2" descr="편집 가능 구성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400" cy="356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655F8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편집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가능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구성도</w:t>
      </w:r>
    </w:p>
    <w:p w14:paraId="27BCDCD8" w14:textId="77777777" w:rsidR="00C25814" w:rsidRDefault="004F692B">
      <w:pPr>
        <w:spacing w:after="100" w:line="264" w:lineRule="auto"/>
      </w:pP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견적</w:t>
      </w:r>
      <w:r>
        <w:rPr>
          <w:color w:val="000000"/>
        </w:rPr>
        <w:t>·</w:t>
      </w:r>
      <w:r>
        <w:rPr>
          <w:color w:val="000000"/>
        </w:rPr>
        <w:t>승인은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조건과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버전을</w:t>
      </w:r>
      <w:r>
        <w:rPr>
          <w:color w:val="000000"/>
        </w:rPr>
        <w:t xml:space="preserve"> </w:t>
      </w:r>
      <w:r>
        <w:rPr>
          <w:color w:val="000000"/>
        </w:rPr>
        <w:t>고정합니다</w:t>
      </w:r>
      <w:r>
        <w:rPr>
          <w:color w:val="000000"/>
        </w:rPr>
        <w:t xml:space="preserve">. </w:t>
      </w:r>
      <w:r>
        <w:rPr>
          <w:color w:val="000000"/>
        </w:rPr>
        <w:t>설정</w:t>
      </w:r>
      <w:r>
        <w:rPr>
          <w:color w:val="000000"/>
        </w:rPr>
        <w:t xml:space="preserve"> </w:t>
      </w:r>
      <w:r>
        <w:rPr>
          <w:color w:val="000000"/>
        </w:rPr>
        <w:t>변경은</w:t>
      </w:r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요청에</w:t>
      </w:r>
      <w:r>
        <w:rPr>
          <w:color w:val="000000"/>
        </w:rPr>
        <w:t xml:space="preserve"> </w:t>
      </w:r>
      <w:r>
        <w:rPr>
          <w:color w:val="000000"/>
        </w:rPr>
        <w:t>적용하고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버전을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</w:t>
      </w:r>
    </w:p>
    <w:p w14:paraId="13710477" w14:textId="77777777" w:rsidR="00C25814" w:rsidRDefault="004F692B">
      <w:r>
        <w:br w:type="page"/>
      </w:r>
    </w:p>
    <w:p w14:paraId="71C51355" w14:textId="77777777" w:rsidR="00C25814" w:rsidRDefault="004F692B">
      <w:pPr>
        <w:pStyle w:val="1"/>
        <w:spacing w:after="180"/>
      </w:pPr>
      <w:r>
        <w:lastRenderedPageBreak/>
        <w:t>구성도</w:t>
      </w:r>
      <w:r>
        <w:t xml:space="preserve"> 3</w:t>
      </w:r>
    </w:p>
    <w:p w14:paraId="3083965F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6FABA7B1" wp14:editId="274D1183">
            <wp:extent cx="6332400" cy="3561530"/>
            <wp:effectExtent l="0" t="0" r="0" b="0"/>
            <wp:docPr id="3" name="Picture 3" descr="편집 가능 구성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2400" cy="356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C82F8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편집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가능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구성도</w:t>
      </w:r>
    </w:p>
    <w:p w14:paraId="1DA93060" w14:textId="77777777" w:rsidR="00C25814" w:rsidRDefault="004F692B">
      <w:pPr>
        <w:spacing w:after="100" w:line="264" w:lineRule="auto"/>
      </w:pPr>
      <w:r>
        <w:rPr>
          <w:color w:val="000000"/>
        </w:rPr>
        <w:t>UNKNOWN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</w:t>
      </w:r>
      <w:r>
        <w:rPr>
          <w:color w:val="000000"/>
        </w:rPr>
        <w:t>·</w:t>
      </w:r>
      <w:r>
        <w:rPr>
          <w:color w:val="000000"/>
        </w:rPr>
        <w:t>경로</w:t>
      </w:r>
      <w:r>
        <w:rPr>
          <w:color w:val="000000"/>
        </w:rPr>
        <w:t>·</w:t>
      </w:r>
      <w:r>
        <w:rPr>
          <w:color w:val="000000"/>
        </w:rPr>
        <w:t>수취인</w:t>
      </w:r>
      <w:r>
        <w:rPr>
          <w:color w:val="000000"/>
        </w:rPr>
        <w:t>·</w:t>
      </w:r>
      <w:r>
        <w:rPr>
          <w:color w:val="000000"/>
        </w:rPr>
        <w:t>견적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설정</w:t>
      </w:r>
      <w:r>
        <w:rPr>
          <w:color w:val="000000"/>
        </w:rPr>
        <w:t xml:space="preserve"> snapshot</w:t>
      </w:r>
      <w:r>
        <w:rPr>
          <w:color w:val="000000"/>
        </w:rPr>
        <w:t>으로</w:t>
      </w:r>
      <w:r>
        <w:rPr>
          <w:color w:val="000000"/>
        </w:rPr>
        <w:t xml:space="preserve"> </w:t>
      </w:r>
      <w:r>
        <w:rPr>
          <w:color w:val="000000"/>
        </w:rPr>
        <w:t>복구합니다</w:t>
      </w:r>
      <w:r>
        <w:rPr>
          <w:color w:val="000000"/>
        </w:rPr>
        <w:t xml:space="preserve">.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>·</w:t>
      </w:r>
      <w:r>
        <w:rPr>
          <w:color w:val="000000"/>
        </w:rPr>
        <w:t>새</w:t>
      </w:r>
      <w:r>
        <w:rPr>
          <w:color w:val="000000"/>
        </w:rPr>
        <w:t xml:space="preserve"> burn·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경로</w:t>
      </w:r>
      <w:r>
        <w:rPr>
          <w:color w:val="000000"/>
        </w:rPr>
        <w:t xml:space="preserve"> </w:t>
      </w:r>
      <w:r>
        <w:rPr>
          <w:color w:val="000000"/>
        </w:rPr>
        <w:t>변경을</w:t>
      </w:r>
      <w:r>
        <w:rPr>
          <w:color w:val="000000"/>
        </w:rPr>
        <w:t xml:space="preserve"> </w:t>
      </w:r>
      <w:r>
        <w:rPr>
          <w:color w:val="000000"/>
        </w:rPr>
        <w:t>만들지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 xml:space="preserve">. </w:t>
      </w:r>
      <w:r>
        <w:rPr>
          <w:color w:val="000000"/>
        </w:rPr>
        <w:t>예정일</w:t>
      </w:r>
      <w:r>
        <w:rPr>
          <w:color w:val="000000"/>
        </w:rPr>
        <w:t xml:space="preserve"> </w:t>
      </w:r>
      <w:r>
        <w:rPr>
          <w:color w:val="000000"/>
        </w:rPr>
        <w:t>도달은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 </w:t>
      </w:r>
      <w:r>
        <w:rPr>
          <w:color w:val="000000"/>
        </w:rPr>
        <w:t>완료가</w:t>
      </w:r>
      <w:r>
        <w:rPr>
          <w:color w:val="000000"/>
        </w:rPr>
        <w:t xml:space="preserve"> </w:t>
      </w:r>
      <w:r>
        <w:rPr>
          <w:color w:val="000000"/>
        </w:rPr>
        <w:t>아닙니다</w:t>
      </w:r>
      <w:r>
        <w:rPr>
          <w:color w:val="000000"/>
        </w:rPr>
        <w:t>.</w:t>
      </w:r>
    </w:p>
    <w:p w14:paraId="7EB182E7" w14:textId="77777777" w:rsidR="00C25814" w:rsidRDefault="004F692B">
      <w:r>
        <w:br w:type="page"/>
      </w:r>
    </w:p>
    <w:p w14:paraId="7AF7C250" w14:textId="77777777" w:rsidR="00C25814" w:rsidRDefault="004F692B">
      <w:pPr>
        <w:pStyle w:val="1"/>
        <w:spacing w:after="180"/>
      </w:pPr>
      <w:bookmarkStart w:id="1" w:name="scene01"/>
      <w:r>
        <w:lastRenderedPageBreak/>
        <w:t xml:space="preserve">01 MIZAN </w:t>
      </w:r>
      <w:r>
        <w:t>금융</w:t>
      </w:r>
      <w:r>
        <w:t xml:space="preserve"> </w:t>
      </w:r>
      <w:r>
        <w:t>업무</w:t>
      </w:r>
      <w:r>
        <w:t xml:space="preserve"> </w:t>
      </w:r>
      <w:r>
        <w:t>흐름</w:t>
      </w:r>
      <w:bookmarkEnd w:id="1"/>
    </w:p>
    <w:p w14:paraId="0DE67492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5D12C21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시연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시작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화면</w:t>
      </w:r>
      <w:r>
        <w:rPr>
          <w:color w:val="000000"/>
          <w:sz w:val="20"/>
        </w:rPr>
        <w:t>.</w:t>
      </w:r>
    </w:p>
    <w:p w14:paraId="33AD6113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2A58AC2" wp14:editId="33C908D9">
            <wp:extent cx="5180814" cy="2916000"/>
            <wp:effectExtent l="0" t="0" r="0" b="0"/>
            <wp:docPr id="4" name="Picture 4" descr="저장 화면 01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1D286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01 · 2026-10-02 · REVIEW</w:t>
      </w:r>
    </w:p>
    <w:p w14:paraId="32A61022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27C5BDB2" w14:textId="77777777" w:rsidR="00C25814" w:rsidRDefault="004F692B">
      <w:pPr>
        <w:spacing w:after="100" w:line="264" w:lineRule="auto"/>
      </w:pPr>
      <w:r>
        <w:rPr>
          <w:color w:val="000000"/>
        </w:rPr>
        <w:t>MIZAN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송금</w:t>
      </w:r>
      <w:r>
        <w:rPr>
          <w:color w:val="000000"/>
        </w:rPr>
        <w:t xml:space="preserve"> </w:t>
      </w:r>
      <w:r>
        <w:rPr>
          <w:color w:val="000000"/>
        </w:rPr>
        <w:t>요청부터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, </w:t>
      </w:r>
      <w:r>
        <w:rPr>
          <w:color w:val="000000"/>
        </w:rPr>
        <w:t>지급</w:t>
      </w:r>
      <w:r>
        <w:rPr>
          <w:color w:val="000000"/>
        </w:rPr>
        <w:t xml:space="preserve">, </w:t>
      </w:r>
      <w:r>
        <w:rPr>
          <w:color w:val="000000"/>
        </w:rPr>
        <w:t>정산</w:t>
      </w:r>
      <w:r>
        <w:rPr>
          <w:color w:val="000000"/>
        </w:rPr>
        <w:t xml:space="preserve">, </w:t>
      </w:r>
      <w:r>
        <w:rPr>
          <w:color w:val="000000"/>
        </w:rPr>
        <w:t>대사까지</w:t>
      </w:r>
      <w:r>
        <w:rPr>
          <w:color w:val="000000"/>
        </w:rPr>
        <w:t xml:space="preserve"> </w:t>
      </w:r>
      <w:r>
        <w:rPr>
          <w:color w:val="000000"/>
        </w:rPr>
        <w:t>이어지는</w:t>
      </w:r>
      <w:r>
        <w:rPr>
          <w:color w:val="000000"/>
        </w:rPr>
        <w:t xml:space="preserve"> </w:t>
      </w:r>
      <w:r>
        <w:rPr>
          <w:color w:val="000000"/>
        </w:rPr>
        <w:t>업무를</w:t>
      </w:r>
      <w:r>
        <w:rPr>
          <w:color w:val="000000"/>
        </w:rPr>
        <w:t xml:space="preserve"> </w:t>
      </w:r>
      <w:r>
        <w:rPr>
          <w:color w:val="000000"/>
        </w:rPr>
        <w:t>한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근거로</w:t>
      </w:r>
      <w:r>
        <w:rPr>
          <w:color w:val="000000"/>
        </w:rPr>
        <w:t xml:space="preserve"> </w:t>
      </w:r>
      <w:r>
        <w:rPr>
          <w:color w:val="000000"/>
        </w:rPr>
        <w:t>연결합니다</w:t>
      </w:r>
      <w:r>
        <w:rPr>
          <w:color w:val="000000"/>
        </w:rPr>
        <w:t xml:space="preserve">. </w:t>
      </w: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단계의</w:t>
      </w:r>
      <w:r>
        <w:rPr>
          <w:color w:val="000000"/>
        </w:rPr>
        <w:t xml:space="preserve"> </w:t>
      </w:r>
      <w:r>
        <w:rPr>
          <w:color w:val="000000"/>
        </w:rPr>
        <w:t>담당자와</w:t>
      </w:r>
      <w:r>
        <w:rPr>
          <w:color w:val="000000"/>
        </w:rPr>
        <w:t xml:space="preserve"> </w:t>
      </w:r>
      <w:r>
        <w:rPr>
          <w:color w:val="000000"/>
        </w:rPr>
        <w:t>처리</w:t>
      </w:r>
      <w:r>
        <w:rPr>
          <w:color w:val="000000"/>
        </w:rPr>
        <w:t xml:space="preserve"> </w:t>
      </w:r>
      <w:r>
        <w:rPr>
          <w:color w:val="000000"/>
        </w:rPr>
        <w:t>상태를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확인할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680B2B3B" w14:textId="77777777" w:rsidR="00C25814" w:rsidRDefault="004F692B">
      <w:pPr>
        <w:spacing w:after="100" w:line="264" w:lineRule="auto"/>
      </w:pPr>
      <w:r>
        <w:rPr>
          <w:color w:val="000000"/>
        </w:rPr>
        <w:t>이</w:t>
      </w:r>
      <w:r>
        <w:rPr>
          <w:color w:val="000000"/>
        </w:rPr>
        <w:t xml:space="preserve"> </w:t>
      </w:r>
      <w:r>
        <w:rPr>
          <w:color w:val="000000"/>
        </w:rPr>
        <w:t>시연은</w:t>
      </w:r>
      <w:r>
        <w:rPr>
          <w:color w:val="000000"/>
        </w:rPr>
        <w:t xml:space="preserve"> </w:t>
      </w:r>
      <w:r>
        <w:rPr>
          <w:color w:val="000000"/>
        </w:rPr>
        <w:t>저장된</w:t>
      </w:r>
      <w:r>
        <w:rPr>
          <w:color w:val="000000"/>
        </w:rPr>
        <w:t xml:space="preserve"> REVIEW </w:t>
      </w:r>
      <w:r>
        <w:rPr>
          <w:color w:val="000000"/>
        </w:rPr>
        <w:t>화면을</w:t>
      </w:r>
      <w:r>
        <w:rPr>
          <w:color w:val="000000"/>
        </w:rPr>
        <w:t xml:space="preserve"> </w:t>
      </w:r>
      <w:r>
        <w:rPr>
          <w:color w:val="000000"/>
        </w:rPr>
        <w:t>사용합니다</w:t>
      </w:r>
      <w:r>
        <w:rPr>
          <w:color w:val="000000"/>
        </w:rPr>
        <w:t xml:space="preserve">. </w:t>
      </w:r>
      <w:r>
        <w:rPr>
          <w:color w:val="000000"/>
        </w:rPr>
        <w:t>과거</w:t>
      </w:r>
      <w:r>
        <w:rPr>
          <w:color w:val="000000"/>
        </w:rPr>
        <w:t xml:space="preserve"> </w:t>
      </w:r>
      <w:r>
        <w:rPr>
          <w:color w:val="000000"/>
        </w:rPr>
        <w:t>시험망</w:t>
      </w:r>
      <w:r>
        <w:rPr>
          <w:color w:val="000000"/>
        </w:rPr>
        <w:t xml:space="preserve"> </w:t>
      </w:r>
      <w:r>
        <w:rPr>
          <w:color w:val="000000"/>
        </w:rPr>
        <w:t>증거와</w:t>
      </w:r>
      <w:r>
        <w:rPr>
          <w:color w:val="000000"/>
        </w:rPr>
        <w:t xml:space="preserve"> </w:t>
      </w:r>
      <w:r>
        <w:rPr>
          <w:color w:val="000000"/>
        </w:rPr>
        <w:t>은행</w:t>
      </w:r>
      <w:r>
        <w:rPr>
          <w:color w:val="000000"/>
        </w:rPr>
        <w:t>·</w:t>
      </w:r>
      <w:r>
        <w:rPr>
          <w:color w:val="000000"/>
        </w:rPr>
        <w:t>정산</w:t>
      </w:r>
      <w:r>
        <w:rPr>
          <w:color w:val="000000"/>
        </w:rPr>
        <w:t>·KYT·LP·FX</w:t>
      </w:r>
      <w:r>
        <w:rPr>
          <w:color w:val="000000"/>
        </w:rPr>
        <w:t>의</w:t>
      </w:r>
      <w:r>
        <w:rPr>
          <w:color w:val="000000"/>
        </w:rPr>
        <w:t xml:space="preserve"> MOCK </w:t>
      </w:r>
      <w:r>
        <w:rPr>
          <w:color w:val="000000"/>
        </w:rPr>
        <w:t>자료를</w:t>
      </w:r>
      <w:r>
        <w:rPr>
          <w:color w:val="000000"/>
        </w:rPr>
        <w:t xml:space="preserve"> </w:t>
      </w:r>
      <w:r>
        <w:rPr>
          <w:color w:val="000000"/>
        </w:rPr>
        <w:t>구분하며</w:t>
      </w:r>
      <w:r>
        <w:rPr>
          <w:color w:val="000000"/>
        </w:rPr>
        <w:t xml:space="preserve">,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집행은</w:t>
      </w:r>
      <w:r>
        <w:rPr>
          <w:color w:val="000000"/>
        </w:rPr>
        <w:t xml:space="preserve"> </w:t>
      </w:r>
      <w:r>
        <w:rPr>
          <w:color w:val="000000"/>
        </w:rPr>
        <w:t>진행하지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0F8660E9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장면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목록에서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확인할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업무를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선택합니다</w:t>
      </w:r>
      <w:r>
        <w:rPr>
          <w:color w:val="000000"/>
          <w:sz w:val="20"/>
        </w:rPr>
        <w:t>.</w:t>
      </w:r>
    </w:p>
    <w:p w14:paraId="31408264" w14:textId="77777777" w:rsidR="00C25814" w:rsidRDefault="004F692B">
      <w:r>
        <w:br w:type="page"/>
      </w:r>
    </w:p>
    <w:p w14:paraId="12D71591" w14:textId="77777777" w:rsidR="00C25814" w:rsidRDefault="004F692B">
      <w:pPr>
        <w:pStyle w:val="1"/>
        <w:spacing w:after="180"/>
      </w:pPr>
      <w:bookmarkStart w:id="2" w:name="scene02"/>
      <w:r>
        <w:lastRenderedPageBreak/>
        <w:t xml:space="preserve">02 </w:t>
      </w:r>
      <w:r>
        <w:t>역할과</w:t>
      </w:r>
      <w:r>
        <w:t xml:space="preserve"> </w:t>
      </w:r>
      <w:r>
        <w:t>책임</w:t>
      </w:r>
      <w:bookmarkEnd w:id="2"/>
    </w:p>
    <w:p w14:paraId="606309FB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슈퍼관리자</w:t>
      </w:r>
    </w:p>
    <w:p w14:paraId="5282C5C3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슈퍼관리자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계정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접근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관리</w:t>
      </w:r>
      <w:r>
        <w:rPr>
          <w:color w:val="000000"/>
          <w:sz w:val="20"/>
        </w:rPr>
        <w:t>.</w:t>
      </w:r>
    </w:p>
    <w:p w14:paraId="7DE9B309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4265348A" wp14:editId="3F9D6574">
            <wp:extent cx="5180814" cy="2916000"/>
            <wp:effectExtent l="0" t="0" r="0" b="0"/>
            <wp:docPr id="5" name="Picture 5" descr="저장 화면 02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66160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02 · 2026-10-02 · REVIEW</w:t>
      </w:r>
    </w:p>
    <w:p w14:paraId="03525228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8267771" w14:textId="77777777" w:rsidR="00C25814" w:rsidRDefault="004F692B">
      <w:pPr>
        <w:spacing w:after="100" w:line="264" w:lineRule="auto"/>
      </w:pPr>
      <w:r>
        <w:rPr>
          <w:color w:val="000000"/>
        </w:rPr>
        <w:t>계정마다</w:t>
      </w:r>
      <w:r>
        <w:rPr>
          <w:color w:val="000000"/>
        </w:rPr>
        <w:t xml:space="preserve"> </w:t>
      </w:r>
      <w:r>
        <w:rPr>
          <w:color w:val="000000"/>
        </w:rPr>
        <w:t>맡은</w:t>
      </w:r>
      <w:r>
        <w:rPr>
          <w:color w:val="000000"/>
        </w:rPr>
        <w:t xml:space="preserve"> </w:t>
      </w:r>
      <w:r>
        <w:rPr>
          <w:color w:val="000000"/>
        </w:rPr>
        <w:t>업무와</w:t>
      </w:r>
      <w:r>
        <w:rPr>
          <w:color w:val="000000"/>
        </w:rPr>
        <w:t xml:space="preserve"> </w:t>
      </w:r>
      <w:r>
        <w:rPr>
          <w:color w:val="000000"/>
        </w:rPr>
        <w:t>접근</w:t>
      </w:r>
      <w:r>
        <w:rPr>
          <w:color w:val="000000"/>
        </w:rPr>
        <w:t xml:space="preserve"> </w:t>
      </w:r>
      <w:r>
        <w:rPr>
          <w:color w:val="000000"/>
        </w:rPr>
        <w:t>범위가</w:t>
      </w:r>
      <w:r>
        <w:rPr>
          <w:color w:val="000000"/>
        </w:rPr>
        <w:t xml:space="preserve"> </w:t>
      </w:r>
      <w:r>
        <w:rPr>
          <w:color w:val="000000"/>
        </w:rPr>
        <w:t>다릅니다</w:t>
      </w:r>
      <w:r>
        <w:rPr>
          <w:color w:val="000000"/>
        </w:rPr>
        <w:t xml:space="preserve">. </w:t>
      </w:r>
      <w:r>
        <w:rPr>
          <w:color w:val="000000"/>
        </w:rPr>
        <w:t>요청</w:t>
      </w:r>
      <w:r>
        <w:rPr>
          <w:color w:val="000000"/>
        </w:rPr>
        <w:t xml:space="preserve"> </w:t>
      </w:r>
      <w:r>
        <w:rPr>
          <w:color w:val="000000"/>
        </w:rPr>
        <w:t>담당자는</w:t>
      </w:r>
      <w:r>
        <w:rPr>
          <w:color w:val="000000"/>
        </w:rPr>
        <w:t xml:space="preserve"> </w:t>
      </w:r>
      <w:r>
        <w:rPr>
          <w:color w:val="000000"/>
        </w:rPr>
        <w:t>거래를</w:t>
      </w:r>
      <w:r>
        <w:rPr>
          <w:color w:val="000000"/>
        </w:rPr>
        <w:t xml:space="preserve"> </w:t>
      </w:r>
      <w:r>
        <w:rPr>
          <w:color w:val="000000"/>
        </w:rPr>
        <w:t>준비하고</w:t>
      </w:r>
      <w:r>
        <w:rPr>
          <w:color w:val="000000"/>
        </w:rPr>
        <w:t xml:space="preserve">,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담당자는</w:t>
      </w:r>
      <w:r>
        <w:rPr>
          <w:color w:val="000000"/>
        </w:rPr>
        <w:t xml:space="preserve"> </w:t>
      </w:r>
      <w:r>
        <w:rPr>
          <w:color w:val="000000"/>
        </w:rPr>
        <w:t>조건을</w:t>
      </w:r>
      <w:r>
        <w:rPr>
          <w:color w:val="000000"/>
        </w:rPr>
        <w:t xml:space="preserve"> </w:t>
      </w:r>
      <w:r>
        <w:rPr>
          <w:color w:val="000000"/>
        </w:rPr>
        <w:t>검토하며</w:t>
      </w:r>
      <w:r>
        <w:rPr>
          <w:color w:val="000000"/>
        </w:rPr>
        <w:t xml:space="preserve">, </w:t>
      </w:r>
      <w:r>
        <w:rPr>
          <w:color w:val="000000"/>
        </w:rPr>
        <w:t>집행</w:t>
      </w:r>
      <w:r>
        <w:rPr>
          <w:color w:val="000000"/>
        </w:rPr>
        <w:t xml:space="preserve"> </w:t>
      </w:r>
      <w:r>
        <w:rPr>
          <w:color w:val="000000"/>
        </w:rPr>
        <w:t>담당자는</w:t>
      </w:r>
      <w:r>
        <w:rPr>
          <w:color w:val="000000"/>
        </w:rPr>
        <w:t xml:space="preserve"> </w:t>
      </w:r>
      <w:r>
        <w:rPr>
          <w:color w:val="000000"/>
        </w:rPr>
        <w:t>승인된</w:t>
      </w:r>
      <w:r>
        <w:rPr>
          <w:color w:val="000000"/>
        </w:rPr>
        <w:t xml:space="preserve"> </w:t>
      </w:r>
      <w:r>
        <w:rPr>
          <w:color w:val="000000"/>
        </w:rPr>
        <w:t>범위에서</w:t>
      </w:r>
      <w:r>
        <w:rPr>
          <w:color w:val="000000"/>
        </w:rPr>
        <w:t xml:space="preserve"> </w:t>
      </w:r>
      <w:r>
        <w:rPr>
          <w:color w:val="000000"/>
        </w:rPr>
        <w:t>실행을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46C0D24A" w14:textId="77777777" w:rsidR="00C25814" w:rsidRDefault="004F692B">
      <w:pPr>
        <w:spacing w:after="100" w:line="264" w:lineRule="auto"/>
      </w:pPr>
      <w:r>
        <w:rPr>
          <w:color w:val="000000"/>
        </w:rPr>
        <w:t>최고</w:t>
      </w:r>
      <w:r>
        <w:rPr>
          <w:color w:val="000000"/>
        </w:rPr>
        <w:t xml:space="preserve"> </w:t>
      </w:r>
      <w:r>
        <w:rPr>
          <w:color w:val="000000"/>
        </w:rPr>
        <w:t>관리자도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승인을</w:t>
      </w:r>
      <w:r>
        <w:rPr>
          <w:color w:val="000000"/>
        </w:rPr>
        <w:t xml:space="preserve"> </w:t>
      </w:r>
      <w:r>
        <w:rPr>
          <w:color w:val="000000"/>
        </w:rPr>
        <w:t>임의로</w:t>
      </w:r>
      <w:r>
        <w:rPr>
          <w:color w:val="000000"/>
        </w:rPr>
        <w:t xml:space="preserve"> </w:t>
      </w:r>
      <w:r>
        <w:rPr>
          <w:color w:val="000000"/>
        </w:rPr>
        <w:t>대신할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 xml:space="preserve">. </w:t>
      </w:r>
      <w:r>
        <w:rPr>
          <w:color w:val="000000"/>
        </w:rPr>
        <w:t>기관</w:t>
      </w:r>
      <w:r>
        <w:rPr>
          <w:color w:val="000000"/>
        </w:rPr>
        <w:t>·</w:t>
      </w:r>
      <w:r>
        <w:rPr>
          <w:color w:val="000000"/>
        </w:rPr>
        <w:t>기업</w:t>
      </w:r>
      <w:r>
        <w:rPr>
          <w:color w:val="000000"/>
        </w:rPr>
        <w:t>·</w:t>
      </w:r>
      <w:r>
        <w:rPr>
          <w:color w:val="000000"/>
        </w:rPr>
        <w:t>고객의</w:t>
      </w:r>
      <w:r>
        <w:rPr>
          <w:color w:val="000000"/>
        </w:rPr>
        <w:t xml:space="preserve"> </w:t>
      </w:r>
      <w:r>
        <w:rPr>
          <w:color w:val="000000"/>
        </w:rPr>
        <w:t>소속과</w:t>
      </w:r>
      <w:r>
        <w:rPr>
          <w:color w:val="000000"/>
        </w:rPr>
        <w:t xml:space="preserve"> </w:t>
      </w:r>
      <w:r>
        <w:rPr>
          <w:color w:val="000000"/>
        </w:rPr>
        <w:t>현재</w:t>
      </w:r>
      <w:r>
        <w:rPr>
          <w:color w:val="000000"/>
        </w:rPr>
        <w:t xml:space="preserve"> </w:t>
      </w:r>
      <w:r>
        <w:rPr>
          <w:color w:val="000000"/>
        </w:rPr>
        <w:t>권한을</w:t>
      </w:r>
      <w:r>
        <w:rPr>
          <w:color w:val="000000"/>
        </w:rPr>
        <w:t xml:space="preserve"> </w:t>
      </w:r>
      <w:r>
        <w:rPr>
          <w:color w:val="000000"/>
        </w:rPr>
        <w:t>서버에서</w:t>
      </w:r>
      <w:r>
        <w:rPr>
          <w:color w:val="000000"/>
        </w:rPr>
        <w:t xml:space="preserve"> </w:t>
      </w:r>
      <w:r>
        <w:rPr>
          <w:color w:val="000000"/>
        </w:rPr>
        <w:t>확인해</w:t>
      </w:r>
      <w:r>
        <w:rPr>
          <w:color w:val="000000"/>
        </w:rPr>
        <w:t xml:space="preserve"> </w:t>
      </w:r>
      <w:r>
        <w:rPr>
          <w:color w:val="000000"/>
        </w:rPr>
        <w:t>접근을</w:t>
      </w:r>
      <w:r>
        <w:rPr>
          <w:color w:val="000000"/>
        </w:rPr>
        <w:t xml:space="preserve"> </w:t>
      </w:r>
      <w:r>
        <w:rPr>
          <w:color w:val="000000"/>
        </w:rPr>
        <w:t>제한합니다</w:t>
      </w:r>
      <w:r>
        <w:rPr>
          <w:color w:val="000000"/>
        </w:rPr>
        <w:t>.</w:t>
      </w:r>
    </w:p>
    <w:p w14:paraId="6E50401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현재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계정의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역할과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소속을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먼저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7B8378F" w14:textId="77777777" w:rsidR="00C25814" w:rsidRDefault="004F692B">
      <w:r>
        <w:br w:type="page"/>
      </w:r>
    </w:p>
    <w:p w14:paraId="11382438" w14:textId="77777777" w:rsidR="00C25814" w:rsidRDefault="004F692B">
      <w:pPr>
        <w:pStyle w:val="1"/>
        <w:spacing w:after="180"/>
      </w:pPr>
      <w:bookmarkStart w:id="3" w:name="scene03"/>
      <w:r>
        <w:lastRenderedPageBreak/>
        <w:t xml:space="preserve">03 </w:t>
      </w:r>
      <w:r>
        <w:t>거래</w:t>
      </w:r>
      <w:r>
        <w:t xml:space="preserve"> </w:t>
      </w:r>
      <w:r>
        <w:t>단계별</w:t>
      </w:r>
      <w:r>
        <w:t xml:space="preserve"> </w:t>
      </w:r>
      <w:r>
        <w:t>상태</w:t>
      </w:r>
      <w:bookmarkEnd w:id="3"/>
    </w:p>
    <w:p w14:paraId="31D245D2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6ACD5C15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기관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관리자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현황</w:t>
      </w:r>
      <w:r>
        <w:rPr>
          <w:color w:val="000000"/>
          <w:sz w:val="20"/>
        </w:rPr>
        <w:t>.</w:t>
      </w:r>
    </w:p>
    <w:p w14:paraId="635286D1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1449EC62" wp14:editId="72FE2BE3">
            <wp:extent cx="5180814" cy="2916000"/>
            <wp:effectExtent l="0" t="0" r="0" b="0"/>
            <wp:docPr id="6" name="Picture 6" descr="저장 화면 03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ADD0F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03 · 2026-10-02 · REVIEW</w:t>
      </w:r>
    </w:p>
    <w:p w14:paraId="6BCF802F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12756F1B" w14:textId="77777777" w:rsidR="00C25814" w:rsidRDefault="004F692B">
      <w:pPr>
        <w:spacing w:after="100" w:line="264" w:lineRule="auto"/>
      </w:pP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목록에서</w:t>
      </w:r>
      <w:r>
        <w:rPr>
          <w:color w:val="000000"/>
        </w:rPr>
        <w:t xml:space="preserve"> USDC </w:t>
      </w:r>
      <w:r>
        <w:rPr>
          <w:color w:val="000000"/>
        </w:rPr>
        <w:t>처리</w:t>
      </w:r>
      <w:r>
        <w:rPr>
          <w:color w:val="000000"/>
        </w:rPr>
        <w:t xml:space="preserve">, </w:t>
      </w: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 xml:space="preserve">, </w:t>
      </w:r>
      <w:r>
        <w:rPr>
          <w:color w:val="000000"/>
        </w:rPr>
        <w:t>기관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, LP </w:t>
      </w:r>
      <w:r>
        <w:rPr>
          <w:color w:val="000000"/>
        </w:rPr>
        <w:t>상환</w:t>
      </w:r>
      <w:r>
        <w:rPr>
          <w:color w:val="000000"/>
        </w:rPr>
        <w:t xml:space="preserve">, </w:t>
      </w:r>
      <w:r>
        <w:rPr>
          <w:color w:val="000000"/>
        </w:rPr>
        <w:t>대사</w:t>
      </w:r>
      <w:r>
        <w:rPr>
          <w:color w:val="000000"/>
        </w:rPr>
        <w:t xml:space="preserve"> </w:t>
      </w:r>
      <w:r>
        <w:rPr>
          <w:color w:val="000000"/>
        </w:rPr>
        <w:t>상태를</w:t>
      </w:r>
      <w:r>
        <w:rPr>
          <w:color w:val="000000"/>
        </w:rPr>
        <w:t xml:space="preserve"> </w:t>
      </w:r>
      <w:r>
        <w:rPr>
          <w:color w:val="000000"/>
        </w:rPr>
        <w:t>각각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지급이</w:t>
      </w:r>
      <w:r>
        <w:rPr>
          <w:color w:val="000000"/>
        </w:rPr>
        <w:t xml:space="preserve"> </w:t>
      </w:r>
      <w:r>
        <w:rPr>
          <w:color w:val="000000"/>
        </w:rPr>
        <w:t>완료되어도</w:t>
      </w:r>
      <w:r>
        <w:rPr>
          <w:color w:val="000000"/>
        </w:rPr>
        <w:t xml:space="preserve"> </w:t>
      </w:r>
      <w:r>
        <w:rPr>
          <w:color w:val="000000"/>
        </w:rPr>
        <w:t>다른</w:t>
      </w:r>
      <w:r>
        <w:rPr>
          <w:color w:val="000000"/>
        </w:rPr>
        <w:t xml:space="preserve"> </w:t>
      </w:r>
      <w:r>
        <w:rPr>
          <w:color w:val="000000"/>
        </w:rPr>
        <w:t>단계에</w:t>
      </w:r>
      <w:r>
        <w:rPr>
          <w:color w:val="000000"/>
        </w:rPr>
        <w:t xml:space="preserve"> </w:t>
      </w:r>
      <w:r>
        <w:rPr>
          <w:color w:val="000000"/>
        </w:rPr>
        <w:t>남은</w:t>
      </w:r>
      <w:r>
        <w:rPr>
          <w:color w:val="000000"/>
        </w:rPr>
        <w:t xml:space="preserve"> </w:t>
      </w:r>
      <w:r>
        <w:rPr>
          <w:color w:val="000000"/>
        </w:rPr>
        <w:t>업무가</w:t>
      </w:r>
      <w:r>
        <w:rPr>
          <w:color w:val="000000"/>
        </w:rPr>
        <w:t xml:space="preserve"> </w:t>
      </w:r>
      <w:r>
        <w:rPr>
          <w:color w:val="000000"/>
        </w:rPr>
        <w:t>있을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3E34252B" w14:textId="77777777" w:rsidR="00C25814" w:rsidRDefault="004F692B">
      <w:pPr>
        <w:spacing w:after="100" w:line="264" w:lineRule="auto"/>
      </w:pPr>
      <w:r>
        <w:rPr>
          <w:color w:val="000000"/>
        </w:rPr>
        <w:t>대표</w:t>
      </w:r>
      <w:r>
        <w:rPr>
          <w:color w:val="000000"/>
        </w:rPr>
        <w:t xml:space="preserve"> </w:t>
      </w:r>
      <w:r>
        <w:rPr>
          <w:color w:val="000000"/>
        </w:rPr>
        <w:t>거래와</w:t>
      </w:r>
      <w:r>
        <w:rPr>
          <w:color w:val="000000"/>
        </w:rPr>
        <w:t xml:space="preserve"> </w:t>
      </w:r>
      <w:r>
        <w:rPr>
          <w:color w:val="000000"/>
        </w:rPr>
        <w:t>부분</w:t>
      </w:r>
      <w:r>
        <w:rPr>
          <w:color w:val="000000"/>
        </w:rPr>
        <w:t xml:space="preserve"> </w:t>
      </w:r>
      <w:r>
        <w:rPr>
          <w:color w:val="000000"/>
        </w:rPr>
        <w:t>상환</w:t>
      </w:r>
      <w:r>
        <w:rPr>
          <w:color w:val="000000"/>
        </w:rPr>
        <w:t xml:space="preserve"> </w:t>
      </w:r>
      <w:r>
        <w:rPr>
          <w:color w:val="000000"/>
        </w:rPr>
        <w:t>거래를</w:t>
      </w:r>
      <w:r>
        <w:rPr>
          <w:color w:val="000000"/>
        </w:rPr>
        <w:t xml:space="preserve"> </w:t>
      </w:r>
      <w:r>
        <w:rPr>
          <w:color w:val="000000"/>
        </w:rPr>
        <w:t>비교하면</w:t>
      </w:r>
      <w:r>
        <w:rPr>
          <w:color w:val="000000"/>
        </w:rPr>
        <w:t xml:space="preserve"> </w:t>
      </w:r>
      <w:r>
        <w:rPr>
          <w:color w:val="000000"/>
        </w:rPr>
        <w:t>완료된</w:t>
      </w:r>
      <w:r>
        <w:rPr>
          <w:color w:val="000000"/>
        </w:rPr>
        <w:t xml:space="preserve"> </w:t>
      </w:r>
      <w:r>
        <w:rPr>
          <w:color w:val="000000"/>
        </w:rPr>
        <w:t>단계와</w:t>
      </w:r>
      <w:r>
        <w:rPr>
          <w:color w:val="000000"/>
        </w:rPr>
        <w:t xml:space="preserve"> </w:t>
      </w:r>
      <w:r>
        <w:rPr>
          <w:color w:val="000000"/>
        </w:rPr>
        <w:t>남은</w:t>
      </w:r>
      <w:r>
        <w:rPr>
          <w:color w:val="000000"/>
        </w:rPr>
        <w:t xml:space="preserve"> </w:t>
      </w:r>
      <w:r>
        <w:rPr>
          <w:color w:val="000000"/>
        </w:rPr>
        <w:t>의무가</w:t>
      </w:r>
      <w:r>
        <w:rPr>
          <w:color w:val="000000"/>
        </w:rPr>
        <w:t xml:space="preserve"> </w:t>
      </w:r>
      <w:r>
        <w:rPr>
          <w:color w:val="000000"/>
        </w:rPr>
        <w:t>보입니다</w:t>
      </w:r>
      <w:r>
        <w:rPr>
          <w:color w:val="000000"/>
        </w:rPr>
        <w:t xml:space="preserve">. </w:t>
      </w: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상태는</w:t>
      </w:r>
      <w:r>
        <w:rPr>
          <w:color w:val="000000"/>
        </w:rPr>
        <w:t xml:space="preserve"> </w:t>
      </w:r>
      <w:r>
        <w:rPr>
          <w:color w:val="000000"/>
        </w:rPr>
        <w:t>같은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번호와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근거에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>.</w:t>
      </w:r>
    </w:p>
    <w:p w14:paraId="7182AB99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목록의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열을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차례로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3CFE09A3" w14:textId="77777777" w:rsidR="00C25814" w:rsidRDefault="004F692B">
      <w:r>
        <w:br w:type="page"/>
      </w:r>
    </w:p>
    <w:p w14:paraId="78C49232" w14:textId="77777777" w:rsidR="00C25814" w:rsidRDefault="004F692B">
      <w:pPr>
        <w:pStyle w:val="1"/>
        <w:spacing w:after="180"/>
      </w:pPr>
      <w:bookmarkStart w:id="4" w:name="scene04"/>
      <w:r>
        <w:lastRenderedPageBreak/>
        <w:t xml:space="preserve">04 </w:t>
      </w:r>
      <w:r>
        <w:t>대표</w:t>
      </w:r>
      <w:r>
        <w:t xml:space="preserve"> </w:t>
      </w:r>
      <w:r>
        <w:t>거래의</w:t>
      </w:r>
      <w:r>
        <w:t xml:space="preserve"> </w:t>
      </w:r>
      <w:r>
        <w:t>처리</w:t>
      </w:r>
      <w:r>
        <w:t xml:space="preserve"> </w:t>
      </w:r>
      <w:r>
        <w:t>과정</w:t>
      </w:r>
      <w:bookmarkEnd w:id="4"/>
    </w:p>
    <w:p w14:paraId="28297C28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5A8CC4E6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Async Recovery Merchant </w:t>
      </w:r>
      <w:r>
        <w:rPr>
          <w:color w:val="000000"/>
          <w:sz w:val="20"/>
        </w:rPr>
        <w:t>열기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업무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여정</w:t>
      </w:r>
      <w:r>
        <w:rPr>
          <w:color w:val="000000"/>
          <w:sz w:val="20"/>
        </w:rPr>
        <w:t>.</w:t>
      </w:r>
    </w:p>
    <w:p w14:paraId="656A9880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1BE69DD3" wp14:editId="794172F4">
            <wp:extent cx="5180814" cy="2916000"/>
            <wp:effectExtent l="0" t="0" r="0" b="0"/>
            <wp:docPr id="7" name="Picture 7" descr="저장 화면 04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94463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04 · 2026-10-02 · REVIEW</w:t>
      </w:r>
    </w:p>
    <w:p w14:paraId="7271544A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0BBA248" w14:textId="77777777" w:rsidR="00C25814" w:rsidRDefault="004F692B">
      <w:pPr>
        <w:spacing w:after="100" w:line="264" w:lineRule="auto"/>
      </w:pP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상세</w:t>
      </w:r>
      <w:r>
        <w:rPr>
          <w:color w:val="000000"/>
        </w:rPr>
        <w:t xml:space="preserve"> </w:t>
      </w:r>
      <w:r>
        <w:rPr>
          <w:color w:val="000000"/>
        </w:rPr>
        <w:t>화면은</w:t>
      </w:r>
      <w:r>
        <w:rPr>
          <w:color w:val="000000"/>
        </w:rPr>
        <w:t xml:space="preserve"> </w:t>
      </w:r>
      <w:r>
        <w:rPr>
          <w:color w:val="000000"/>
        </w:rPr>
        <w:t>요청액</w:t>
      </w:r>
      <w:r>
        <w:rPr>
          <w:color w:val="000000"/>
        </w:rPr>
        <w:t xml:space="preserve">, USDC </w:t>
      </w:r>
      <w:r>
        <w:rPr>
          <w:color w:val="000000"/>
        </w:rPr>
        <w:t>처리량</w:t>
      </w:r>
      <w:r>
        <w:rPr>
          <w:color w:val="000000"/>
        </w:rPr>
        <w:t xml:space="preserve">, </w:t>
      </w:r>
      <w:r>
        <w:rPr>
          <w:color w:val="000000"/>
        </w:rPr>
        <w:t>은행</w:t>
      </w:r>
      <w:r>
        <w:rPr>
          <w:color w:val="000000"/>
        </w:rPr>
        <w:t xml:space="preserve"> </w:t>
      </w:r>
      <w:r>
        <w:rPr>
          <w:color w:val="000000"/>
        </w:rPr>
        <w:t>수취액을</w:t>
      </w:r>
      <w:r>
        <w:rPr>
          <w:color w:val="000000"/>
        </w:rPr>
        <w:t xml:space="preserve"> </w:t>
      </w:r>
      <w:r>
        <w:rPr>
          <w:color w:val="000000"/>
        </w:rPr>
        <w:t>구분해</w:t>
      </w:r>
      <w:r>
        <w:rPr>
          <w:color w:val="000000"/>
        </w:rPr>
        <w:t xml:space="preserve"> </w:t>
      </w:r>
      <w:r>
        <w:rPr>
          <w:color w:val="000000"/>
        </w:rPr>
        <w:t>보여</w:t>
      </w:r>
      <w:r>
        <w:rPr>
          <w:color w:val="000000"/>
        </w:rPr>
        <w:t xml:space="preserve"> </w:t>
      </w:r>
      <w:r>
        <w:rPr>
          <w:color w:val="000000"/>
        </w:rPr>
        <w:t>줍니다</w:t>
      </w:r>
      <w:r>
        <w:rPr>
          <w:color w:val="000000"/>
        </w:rPr>
        <w:t xml:space="preserve">. </w:t>
      </w:r>
      <w:r>
        <w:rPr>
          <w:color w:val="000000"/>
        </w:rPr>
        <w:t>자산과</w:t>
      </w:r>
      <w:r>
        <w:rPr>
          <w:color w:val="000000"/>
        </w:rPr>
        <w:t xml:space="preserve"> </w:t>
      </w:r>
      <w:r>
        <w:rPr>
          <w:color w:val="000000"/>
        </w:rPr>
        <w:t>통화가</w:t>
      </w:r>
      <w:r>
        <w:rPr>
          <w:color w:val="000000"/>
        </w:rPr>
        <w:t xml:space="preserve"> </w:t>
      </w:r>
      <w:r>
        <w:rPr>
          <w:color w:val="000000"/>
        </w:rPr>
        <w:t>다른</w:t>
      </w:r>
      <w:r>
        <w:rPr>
          <w:color w:val="000000"/>
        </w:rPr>
        <w:t xml:space="preserve"> </w:t>
      </w:r>
      <w:r>
        <w:rPr>
          <w:color w:val="000000"/>
        </w:rPr>
        <w:t>금액을</w:t>
      </w:r>
      <w:r>
        <w:rPr>
          <w:color w:val="000000"/>
        </w:rPr>
        <w:t xml:space="preserve"> </w:t>
      </w:r>
      <w:r>
        <w:rPr>
          <w:color w:val="000000"/>
        </w:rPr>
        <w:t>하나의</w:t>
      </w:r>
      <w:r>
        <w:rPr>
          <w:color w:val="000000"/>
        </w:rPr>
        <w:t xml:space="preserve"> </w:t>
      </w:r>
      <w:r>
        <w:rPr>
          <w:color w:val="000000"/>
        </w:rPr>
        <w:t>금액으로</w:t>
      </w:r>
      <w:r>
        <w:rPr>
          <w:color w:val="000000"/>
        </w:rPr>
        <w:t xml:space="preserve"> </w:t>
      </w:r>
      <w:r>
        <w:rPr>
          <w:color w:val="000000"/>
        </w:rPr>
        <w:t>합치지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394D6053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burn, attestation, mint, </w:t>
      </w:r>
      <w:r>
        <w:rPr>
          <w:color w:val="000000"/>
        </w:rPr>
        <w:t>환전</w:t>
      </w:r>
      <w:r>
        <w:rPr>
          <w:color w:val="000000"/>
        </w:rPr>
        <w:t xml:space="preserve">, </w:t>
      </w:r>
      <w:r>
        <w:rPr>
          <w:color w:val="000000"/>
        </w:rPr>
        <w:t>지급</w:t>
      </w:r>
      <w:r>
        <w:rPr>
          <w:color w:val="000000"/>
        </w:rPr>
        <w:t xml:space="preserve">, </w:t>
      </w:r>
      <w:r>
        <w:rPr>
          <w:color w:val="000000"/>
        </w:rPr>
        <w:t>정산의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참조와</w:t>
      </w:r>
      <w:r>
        <w:rPr>
          <w:color w:val="000000"/>
        </w:rPr>
        <w:t xml:space="preserve"> receipt</w:t>
      </w:r>
      <w:r>
        <w:rPr>
          <w:color w:val="000000"/>
        </w:rPr>
        <w:t>를</w:t>
      </w:r>
      <w:r>
        <w:rPr>
          <w:color w:val="000000"/>
        </w:rPr>
        <w:t xml:space="preserve"> </w:t>
      </w:r>
      <w:r>
        <w:rPr>
          <w:color w:val="000000"/>
        </w:rPr>
        <w:t>단계별로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명령</w:t>
      </w:r>
      <w:r>
        <w:rPr>
          <w:color w:val="000000"/>
        </w:rPr>
        <w:t xml:space="preserve"> </w:t>
      </w:r>
      <w:r>
        <w:rPr>
          <w:color w:val="000000"/>
        </w:rPr>
        <w:t>접수와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결과</w:t>
      </w:r>
      <w:r>
        <w:rPr>
          <w:color w:val="000000"/>
        </w:rPr>
        <w:t xml:space="preserve"> </w:t>
      </w:r>
      <w:r>
        <w:rPr>
          <w:color w:val="000000"/>
        </w:rPr>
        <w:t>확인은</w:t>
      </w:r>
      <w:r>
        <w:rPr>
          <w:color w:val="000000"/>
        </w:rPr>
        <w:t xml:space="preserve"> </w:t>
      </w:r>
      <w:r>
        <w:rPr>
          <w:color w:val="000000"/>
        </w:rPr>
        <w:t>별도</w:t>
      </w:r>
      <w:r>
        <w:rPr>
          <w:color w:val="000000"/>
        </w:rPr>
        <w:t xml:space="preserve"> </w:t>
      </w:r>
      <w:r>
        <w:rPr>
          <w:color w:val="000000"/>
        </w:rPr>
        <w:t>상태로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68752485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창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안에서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단계별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카드를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7106FBD9" w14:textId="77777777" w:rsidR="00C25814" w:rsidRDefault="004F692B">
      <w:r>
        <w:br w:type="page"/>
      </w:r>
    </w:p>
    <w:p w14:paraId="33F8A580" w14:textId="77777777" w:rsidR="00C25814" w:rsidRDefault="004F692B">
      <w:pPr>
        <w:pStyle w:val="1"/>
        <w:spacing w:after="180"/>
      </w:pPr>
      <w:bookmarkStart w:id="5" w:name="scene05"/>
      <w:r>
        <w:lastRenderedPageBreak/>
        <w:t xml:space="preserve">05 </w:t>
      </w:r>
      <w:r>
        <w:t>승인</w:t>
      </w:r>
      <w:r>
        <w:t xml:space="preserve"> </w:t>
      </w:r>
      <w:r>
        <w:t>조건과</w:t>
      </w:r>
      <w:r>
        <w:t xml:space="preserve"> </w:t>
      </w:r>
      <w:r>
        <w:t>잔액</w:t>
      </w:r>
      <w:bookmarkEnd w:id="5"/>
    </w:p>
    <w:p w14:paraId="64F1E81B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2F622E06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상세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통제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견적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창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내부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아래</w:t>
      </w:r>
      <w:r>
        <w:rPr>
          <w:color w:val="000000"/>
          <w:sz w:val="20"/>
        </w:rPr>
        <w:t>.</w:t>
      </w:r>
    </w:p>
    <w:p w14:paraId="648C6A54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EE3E988" wp14:editId="68830003">
            <wp:extent cx="5180814" cy="2916000"/>
            <wp:effectExtent l="0" t="0" r="0" b="0"/>
            <wp:docPr id="8" name="Picture 8" descr="저장 화면 05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803A9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05 · 2026-10-02 · REVIEW</w:t>
      </w:r>
    </w:p>
    <w:p w14:paraId="6F1160DB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8BD9225" w14:textId="77777777" w:rsidR="00C25814" w:rsidRDefault="004F692B">
      <w:pPr>
        <w:spacing w:after="100" w:line="264" w:lineRule="auto"/>
      </w:pPr>
      <w:r>
        <w:rPr>
          <w:color w:val="000000"/>
        </w:rPr>
        <w:t>승인은</w:t>
      </w:r>
      <w:r>
        <w:rPr>
          <w:color w:val="000000"/>
        </w:rPr>
        <w:t xml:space="preserve"> </w:t>
      </w:r>
      <w:r>
        <w:rPr>
          <w:color w:val="000000"/>
        </w:rPr>
        <w:t>금액뿐</w:t>
      </w:r>
      <w:r>
        <w:rPr>
          <w:color w:val="000000"/>
        </w:rPr>
        <w:t xml:space="preserve"> </w:t>
      </w:r>
      <w:r>
        <w:rPr>
          <w:color w:val="000000"/>
        </w:rPr>
        <w:t>아니라</w:t>
      </w:r>
      <w:r>
        <w:rPr>
          <w:color w:val="000000"/>
        </w:rPr>
        <w:t xml:space="preserve"> </w:t>
      </w:r>
      <w:r>
        <w:rPr>
          <w:color w:val="000000"/>
        </w:rPr>
        <w:t>수취인</w:t>
      </w:r>
      <w:r>
        <w:rPr>
          <w:color w:val="000000"/>
        </w:rPr>
        <w:t xml:space="preserve">, </w:t>
      </w:r>
      <w:r>
        <w:rPr>
          <w:color w:val="000000"/>
        </w:rPr>
        <w:t>경로</w:t>
      </w:r>
      <w:r>
        <w:rPr>
          <w:color w:val="000000"/>
        </w:rPr>
        <w:t xml:space="preserve">, </w:t>
      </w:r>
      <w:r>
        <w:rPr>
          <w:color w:val="000000"/>
        </w:rPr>
        <w:t>견적과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설정에</w:t>
      </w:r>
      <w:r>
        <w:rPr>
          <w:color w:val="000000"/>
        </w:rPr>
        <w:t xml:space="preserve"> </w:t>
      </w:r>
      <w:r>
        <w:rPr>
          <w:color w:val="000000"/>
        </w:rPr>
        <w:t>결합됩니다</w:t>
      </w:r>
      <w:r>
        <w:rPr>
          <w:color w:val="000000"/>
        </w:rPr>
        <w:t xml:space="preserve">.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후</w:t>
      </w:r>
      <w:r>
        <w:rPr>
          <w:color w:val="000000"/>
        </w:rPr>
        <w:t xml:space="preserve"> </w:t>
      </w:r>
      <w:r>
        <w:rPr>
          <w:color w:val="000000"/>
        </w:rPr>
        <w:t>조건이</w:t>
      </w:r>
      <w:r>
        <w:rPr>
          <w:color w:val="000000"/>
        </w:rPr>
        <w:t xml:space="preserve"> </w:t>
      </w:r>
      <w:r>
        <w:rPr>
          <w:color w:val="000000"/>
        </w:rPr>
        <w:t>바뀌면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승인을</w:t>
      </w:r>
      <w:r>
        <w:rPr>
          <w:color w:val="000000"/>
        </w:rPr>
        <w:t xml:space="preserve"> </w:t>
      </w:r>
      <w:r>
        <w:rPr>
          <w:color w:val="000000"/>
        </w:rPr>
        <w:t>그대로</w:t>
      </w:r>
      <w:r>
        <w:rPr>
          <w:color w:val="000000"/>
        </w:rPr>
        <w:t xml:space="preserve"> </w:t>
      </w:r>
      <w:r>
        <w:rPr>
          <w:color w:val="000000"/>
        </w:rPr>
        <w:t>사용할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>.</w:t>
      </w:r>
    </w:p>
    <w:p w14:paraId="6B9C4E29" w14:textId="77777777" w:rsidR="00C25814" w:rsidRDefault="004F692B">
      <w:pPr>
        <w:spacing w:after="100" w:line="264" w:lineRule="auto"/>
      </w:pPr>
      <w:r>
        <w:rPr>
          <w:color w:val="000000"/>
        </w:rPr>
        <w:t>처리</w:t>
      </w:r>
      <w:r>
        <w:rPr>
          <w:color w:val="000000"/>
        </w:rPr>
        <w:t xml:space="preserve"> </w:t>
      </w:r>
      <w:r>
        <w:rPr>
          <w:color w:val="000000"/>
        </w:rPr>
        <w:t>과정의</w:t>
      </w:r>
      <w:r>
        <w:rPr>
          <w:color w:val="000000"/>
        </w:rPr>
        <w:t xml:space="preserve"> </w:t>
      </w:r>
      <w:r>
        <w:rPr>
          <w:color w:val="000000"/>
        </w:rPr>
        <w:t>소액</w:t>
      </w:r>
      <w:r>
        <w:rPr>
          <w:color w:val="000000"/>
        </w:rPr>
        <w:t xml:space="preserve"> </w:t>
      </w:r>
      <w:r>
        <w:rPr>
          <w:color w:val="000000"/>
        </w:rPr>
        <w:t>잔액도</w:t>
      </w:r>
      <w:r>
        <w:rPr>
          <w:color w:val="000000"/>
        </w:rPr>
        <w:t xml:space="preserve"> </w:t>
      </w:r>
      <w:r>
        <w:rPr>
          <w:color w:val="000000"/>
        </w:rPr>
        <w:t>원금과</w:t>
      </w:r>
      <w:r>
        <w:rPr>
          <w:color w:val="000000"/>
        </w:rPr>
        <w:t xml:space="preserve"> </w:t>
      </w:r>
      <w:r>
        <w:rPr>
          <w:color w:val="000000"/>
        </w:rPr>
        <w:t>분리해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 Zenith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정책</w:t>
      </w:r>
      <w:r>
        <w:rPr>
          <w:color w:val="000000"/>
        </w:rPr>
        <w:t>·</w:t>
      </w:r>
      <w:r>
        <w:rPr>
          <w:color w:val="000000"/>
        </w:rPr>
        <w:t>증적</w:t>
      </w:r>
      <w:r>
        <w:rPr>
          <w:color w:val="000000"/>
        </w:rPr>
        <w:t xml:space="preserve"> hash </w:t>
      </w:r>
      <w:r>
        <w:rPr>
          <w:color w:val="000000"/>
        </w:rPr>
        <w:t>앵커</w:t>
      </w:r>
      <w:r>
        <w:rPr>
          <w:color w:val="000000"/>
        </w:rPr>
        <w:t>, Catena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실행</w:t>
      </w:r>
      <w:r>
        <w:rPr>
          <w:color w:val="000000"/>
        </w:rPr>
        <w:t xml:space="preserve"> </w:t>
      </w:r>
      <w:r>
        <w:rPr>
          <w:color w:val="000000"/>
        </w:rPr>
        <w:t>계층이며</w:t>
      </w:r>
      <w:r>
        <w:rPr>
          <w:color w:val="000000"/>
        </w:rPr>
        <w:t xml:space="preserve"> Circle </w:t>
      </w:r>
      <w:r>
        <w:rPr>
          <w:color w:val="000000"/>
        </w:rPr>
        <w:t>공식</w:t>
      </w:r>
      <w:r>
        <w:rPr>
          <w:color w:val="000000"/>
        </w:rPr>
        <w:t xml:space="preserve"> CCTP </w:t>
      </w:r>
      <w:r>
        <w:rPr>
          <w:color w:val="000000"/>
        </w:rPr>
        <w:t>도메인과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>.</w:t>
      </w:r>
    </w:p>
    <w:p w14:paraId="666F67FD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견적과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잔액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카드를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함께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5AF540BB" w14:textId="77777777" w:rsidR="00C25814" w:rsidRDefault="004F692B">
      <w:r>
        <w:br w:type="page"/>
      </w:r>
    </w:p>
    <w:p w14:paraId="0DC12E63" w14:textId="77777777" w:rsidR="00C25814" w:rsidRDefault="004F692B">
      <w:pPr>
        <w:pStyle w:val="1"/>
        <w:spacing w:after="180"/>
      </w:pPr>
      <w:bookmarkStart w:id="6" w:name="scene06"/>
      <w:r>
        <w:lastRenderedPageBreak/>
        <w:t xml:space="preserve">06 </w:t>
      </w:r>
      <w:r>
        <w:t>전표와</w:t>
      </w:r>
      <w:r>
        <w:t xml:space="preserve"> </w:t>
      </w:r>
      <w:r>
        <w:t>자금</w:t>
      </w:r>
      <w:r>
        <w:t xml:space="preserve"> </w:t>
      </w:r>
      <w:r>
        <w:t>예약</w:t>
      </w:r>
      <w:bookmarkEnd w:id="6"/>
    </w:p>
    <w:p w14:paraId="471D4762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49485604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상세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전표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예약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아래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표</w:t>
      </w:r>
      <w:r>
        <w:rPr>
          <w:color w:val="000000"/>
          <w:sz w:val="20"/>
        </w:rPr>
        <w:t>.</w:t>
      </w:r>
    </w:p>
    <w:p w14:paraId="7718A201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04A46BBA" wp14:editId="32C582FB">
            <wp:extent cx="5180814" cy="2916000"/>
            <wp:effectExtent l="0" t="0" r="0" b="0"/>
            <wp:docPr id="9" name="Picture 9" descr="저장 화면 06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BF64E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06 · 2026-10-02 · REVIEW</w:t>
      </w:r>
    </w:p>
    <w:p w14:paraId="70F4BE36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78322070" w14:textId="77777777" w:rsidR="00C25814" w:rsidRDefault="004F692B">
      <w:pPr>
        <w:spacing w:after="100" w:line="264" w:lineRule="auto"/>
      </w:pPr>
      <w:r>
        <w:rPr>
          <w:color w:val="000000"/>
        </w:rPr>
        <w:t>전표는</w:t>
      </w:r>
      <w:r>
        <w:rPr>
          <w:color w:val="000000"/>
        </w:rPr>
        <w:t xml:space="preserve"> </w:t>
      </w:r>
      <w:r>
        <w:rPr>
          <w:color w:val="000000"/>
        </w:rPr>
        <w:t>자산</w:t>
      </w:r>
      <w:r>
        <w:rPr>
          <w:color w:val="000000"/>
        </w:rPr>
        <w:t>·</w:t>
      </w:r>
      <w:r>
        <w:rPr>
          <w:color w:val="000000"/>
        </w:rPr>
        <w:t>통화별</w:t>
      </w:r>
      <w:r>
        <w:rPr>
          <w:color w:val="000000"/>
        </w:rPr>
        <w:t xml:space="preserve"> </w:t>
      </w:r>
      <w:r>
        <w:rPr>
          <w:color w:val="000000"/>
        </w:rPr>
        <w:t>입출금과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참조를</w:t>
      </w:r>
      <w:r>
        <w:rPr>
          <w:color w:val="000000"/>
        </w:rPr>
        <w:t xml:space="preserve"> </w:t>
      </w:r>
      <w:r>
        <w:rPr>
          <w:color w:val="000000"/>
        </w:rPr>
        <w:t>기록합니다</w:t>
      </w:r>
      <w:r>
        <w:rPr>
          <w:color w:val="000000"/>
        </w:rPr>
        <w:t xml:space="preserve">. </w:t>
      </w:r>
      <w:r>
        <w:rPr>
          <w:color w:val="000000"/>
        </w:rPr>
        <w:t>동일한</w:t>
      </w:r>
      <w:r>
        <w:rPr>
          <w:color w:val="000000"/>
        </w:rPr>
        <w:t xml:space="preserve"> </w:t>
      </w:r>
      <w:r>
        <w:rPr>
          <w:color w:val="000000"/>
        </w:rPr>
        <w:t>요청이</w:t>
      </w:r>
      <w:r>
        <w:rPr>
          <w:color w:val="000000"/>
        </w:rPr>
        <w:t xml:space="preserve"> </w:t>
      </w:r>
      <w:r>
        <w:rPr>
          <w:color w:val="000000"/>
        </w:rPr>
        <w:t>반복되어도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사건이</w:t>
      </w:r>
      <w:r>
        <w:rPr>
          <w:color w:val="000000"/>
        </w:rPr>
        <w:t xml:space="preserve"> </w:t>
      </w:r>
      <w:r>
        <w:rPr>
          <w:color w:val="000000"/>
        </w:rPr>
        <w:t>두</w:t>
      </w:r>
      <w:r>
        <w:rPr>
          <w:color w:val="000000"/>
        </w:rPr>
        <w:t xml:space="preserve"> </w:t>
      </w:r>
      <w:r>
        <w:rPr>
          <w:color w:val="000000"/>
        </w:rPr>
        <w:t>번</w:t>
      </w:r>
      <w:r>
        <w:rPr>
          <w:color w:val="000000"/>
        </w:rPr>
        <w:t xml:space="preserve"> </w:t>
      </w:r>
      <w:r>
        <w:rPr>
          <w:color w:val="000000"/>
        </w:rPr>
        <w:t>반영되지</w:t>
      </w:r>
      <w:r>
        <w:rPr>
          <w:color w:val="000000"/>
        </w:rPr>
        <w:t xml:space="preserve"> </w:t>
      </w:r>
      <w:r>
        <w:rPr>
          <w:color w:val="000000"/>
        </w:rPr>
        <w:t>않도록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36136E96" w14:textId="77777777" w:rsidR="00C25814" w:rsidRDefault="004F692B">
      <w:pPr>
        <w:spacing w:after="100" w:line="264" w:lineRule="auto"/>
      </w:pPr>
      <w:r>
        <w:rPr>
          <w:color w:val="000000"/>
        </w:rPr>
        <w:t>예약</w:t>
      </w:r>
      <w:r>
        <w:rPr>
          <w:color w:val="000000"/>
        </w:rPr>
        <w:t xml:space="preserve"> </w:t>
      </w:r>
      <w:r>
        <w:rPr>
          <w:color w:val="000000"/>
        </w:rPr>
        <w:t>자금은</w:t>
      </w:r>
      <w:r>
        <w:rPr>
          <w:color w:val="000000"/>
        </w:rPr>
        <w:t xml:space="preserve"> </w:t>
      </w:r>
      <w:r>
        <w:rPr>
          <w:color w:val="000000"/>
        </w:rPr>
        <w:t>다른</w:t>
      </w:r>
      <w:r>
        <w:rPr>
          <w:color w:val="000000"/>
        </w:rPr>
        <w:t xml:space="preserve"> </w:t>
      </w:r>
      <w:r>
        <w:rPr>
          <w:color w:val="000000"/>
        </w:rPr>
        <w:t>요청에서</w:t>
      </w:r>
      <w:r>
        <w:rPr>
          <w:color w:val="000000"/>
        </w:rPr>
        <w:t xml:space="preserve"> </w:t>
      </w:r>
      <w:r>
        <w:rPr>
          <w:color w:val="000000"/>
        </w:rPr>
        <w:t>중복</w:t>
      </w:r>
      <w:r>
        <w:rPr>
          <w:color w:val="000000"/>
        </w:rPr>
        <w:t xml:space="preserve"> </w:t>
      </w:r>
      <w:r>
        <w:rPr>
          <w:color w:val="000000"/>
        </w:rPr>
        <w:t>사용할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 xml:space="preserve">. </w:t>
      </w:r>
      <w:r>
        <w:rPr>
          <w:color w:val="000000"/>
        </w:rPr>
        <w:t>결과가</w:t>
      </w:r>
      <w:r>
        <w:rPr>
          <w:color w:val="000000"/>
        </w:rPr>
        <w:t xml:space="preserve"> </w:t>
      </w:r>
      <w:r>
        <w:rPr>
          <w:color w:val="000000"/>
        </w:rPr>
        <w:t>미확인인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예약을</w:t>
      </w:r>
      <w:r>
        <w:rPr>
          <w:color w:val="000000"/>
        </w:rPr>
        <w:t xml:space="preserve"> </w:t>
      </w:r>
      <w:r>
        <w:rPr>
          <w:color w:val="000000"/>
        </w:rPr>
        <w:t>임의로</w:t>
      </w:r>
      <w:r>
        <w:rPr>
          <w:color w:val="000000"/>
        </w:rPr>
        <w:t xml:space="preserve"> </w:t>
      </w:r>
      <w:r>
        <w:rPr>
          <w:color w:val="000000"/>
        </w:rPr>
        <w:t>풀지</w:t>
      </w:r>
      <w:r>
        <w:rPr>
          <w:color w:val="000000"/>
        </w:rPr>
        <w:t xml:space="preserve"> </w:t>
      </w:r>
      <w:r>
        <w:rPr>
          <w:color w:val="000000"/>
        </w:rPr>
        <w:t>않고</w:t>
      </w:r>
      <w:r>
        <w:rPr>
          <w:color w:val="000000"/>
        </w:rPr>
        <w:t xml:space="preserve">,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처리</w:t>
      </w:r>
      <w:r>
        <w:rPr>
          <w:color w:val="000000"/>
        </w:rPr>
        <w:t xml:space="preserve"> </w:t>
      </w:r>
      <w:r>
        <w:rPr>
          <w:color w:val="000000"/>
        </w:rPr>
        <w:t>결과를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22863AC0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전표의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자산과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참조를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먼저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읽습니다</w:t>
      </w:r>
      <w:r>
        <w:rPr>
          <w:color w:val="000000"/>
          <w:sz w:val="20"/>
        </w:rPr>
        <w:t>.</w:t>
      </w:r>
    </w:p>
    <w:p w14:paraId="12888B74" w14:textId="77777777" w:rsidR="00C25814" w:rsidRDefault="004F692B">
      <w:r>
        <w:br w:type="page"/>
      </w:r>
    </w:p>
    <w:p w14:paraId="1B5AA15B" w14:textId="77777777" w:rsidR="00C25814" w:rsidRDefault="004F692B">
      <w:pPr>
        <w:pStyle w:val="1"/>
        <w:spacing w:after="180"/>
      </w:pPr>
      <w:bookmarkStart w:id="7" w:name="scene07"/>
      <w:r>
        <w:lastRenderedPageBreak/>
        <w:t xml:space="preserve">07 </w:t>
      </w:r>
      <w:r>
        <w:t>거래</w:t>
      </w:r>
      <w:r>
        <w:t xml:space="preserve"> </w:t>
      </w:r>
      <w:r>
        <w:t>증적과</w:t>
      </w:r>
      <w:r>
        <w:t xml:space="preserve"> </w:t>
      </w:r>
      <w:r>
        <w:t>추적</w:t>
      </w:r>
      <w:bookmarkEnd w:id="7"/>
    </w:p>
    <w:p w14:paraId="7EECED15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62503457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상세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증적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사건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영수증</w:t>
      </w:r>
      <w:r>
        <w:rPr>
          <w:color w:val="000000"/>
          <w:sz w:val="20"/>
        </w:rPr>
        <w:t>.</w:t>
      </w:r>
    </w:p>
    <w:p w14:paraId="39F4D53B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E3EAACD" wp14:editId="252B6F96">
            <wp:extent cx="5180814" cy="2916000"/>
            <wp:effectExtent l="0" t="0" r="0" b="0"/>
            <wp:docPr id="10" name="Picture 10" descr="저장 화면 07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51A4B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07 · 2026-10-02 · REVIEW</w:t>
      </w:r>
    </w:p>
    <w:p w14:paraId="58EE6B43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4D95D623" w14:textId="77777777" w:rsidR="00C25814" w:rsidRDefault="004F692B">
      <w:pPr>
        <w:spacing w:after="100" w:line="264" w:lineRule="auto"/>
      </w:pPr>
      <w:r>
        <w:rPr>
          <w:color w:val="000000"/>
        </w:rPr>
        <w:t>제출</w:t>
      </w:r>
      <w:r>
        <w:rPr>
          <w:color w:val="000000"/>
        </w:rPr>
        <w:t xml:space="preserve">, receipt, </w:t>
      </w:r>
      <w:r>
        <w:rPr>
          <w:color w:val="000000"/>
        </w:rPr>
        <w:t>재조회</w:t>
      </w:r>
      <w:r>
        <w:rPr>
          <w:color w:val="000000"/>
        </w:rPr>
        <w:t xml:space="preserve"> </w:t>
      </w:r>
      <w:r>
        <w:rPr>
          <w:color w:val="000000"/>
        </w:rPr>
        <w:t>결과가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거래에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 xml:space="preserve">. </w:t>
      </w:r>
      <w:r>
        <w:rPr>
          <w:color w:val="000000"/>
        </w:rPr>
        <w:t>성공</w:t>
      </w:r>
      <w:r>
        <w:rPr>
          <w:color w:val="000000"/>
        </w:rPr>
        <w:t xml:space="preserve"> </w:t>
      </w:r>
      <w:r>
        <w:rPr>
          <w:color w:val="000000"/>
        </w:rPr>
        <w:t>기록뿐</w:t>
      </w:r>
      <w:r>
        <w:rPr>
          <w:color w:val="000000"/>
        </w:rPr>
        <w:t xml:space="preserve"> </w:t>
      </w:r>
      <w:r>
        <w:rPr>
          <w:color w:val="000000"/>
        </w:rPr>
        <w:t>아니라</w:t>
      </w:r>
      <w:r>
        <w:rPr>
          <w:color w:val="000000"/>
        </w:rPr>
        <w:t xml:space="preserve"> </w:t>
      </w:r>
      <w:r>
        <w:rPr>
          <w:color w:val="000000"/>
        </w:rPr>
        <w:t>실패와</w:t>
      </w:r>
      <w:r>
        <w:rPr>
          <w:color w:val="000000"/>
        </w:rPr>
        <w:t xml:space="preserve"> </w:t>
      </w:r>
      <w:r>
        <w:rPr>
          <w:color w:val="000000"/>
        </w:rPr>
        <w:t>후속</w:t>
      </w:r>
      <w:r>
        <w:rPr>
          <w:color w:val="000000"/>
        </w:rPr>
        <w:t xml:space="preserve"> </w:t>
      </w:r>
      <w:r>
        <w:rPr>
          <w:color w:val="000000"/>
        </w:rPr>
        <w:t>처리도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남아</w:t>
      </w:r>
      <w:r>
        <w:rPr>
          <w:color w:val="000000"/>
        </w:rPr>
        <w:t xml:space="preserve"> </w:t>
      </w:r>
      <w:r>
        <w:rPr>
          <w:color w:val="000000"/>
        </w:rPr>
        <w:t>처리</w:t>
      </w:r>
      <w:r>
        <w:rPr>
          <w:color w:val="000000"/>
        </w:rPr>
        <w:t xml:space="preserve"> </w:t>
      </w:r>
      <w:r>
        <w:rPr>
          <w:color w:val="000000"/>
        </w:rPr>
        <w:t>경위를</w:t>
      </w:r>
      <w:r>
        <w:rPr>
          <w:color w:val="000000"/>
        </w:rPr>
        <w:t xml:space="preserve"> </w:t>
      </w:r>
      <w:r>
        <w:rPr>
          <w:color w:val="000000"/>
        </w:rPr>
        <w:t>확인할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0844D822" w14:textId="77777777" w:rsidR="00C25814" w:rsidRDefault="004F692B">
      <w:pPr>
        <w:spacing w:after="100" w:line="264" w:lineRule="auto"/>
      </w:pPr>
      <w:r>
        <w:rPr>
          <w:color w:val="000000"/>
        </w:rPr>
        <w:t>거래</w:t>
      </w:r>
      <w:r>
        <w:rPr>
          <w:color w:val="000000"/>
        </w:rPr>
        <w:t xml:space="preserve"> hash, </w:t>
      </w:r>
      <w:r>
        <w:rPr>
          <w:color w:val="000000"/>
        </w:rPr>
        <w:t>네트워크</w:t>
      </w:r>
      <w:r>
        <w:rPr>
          <w:color w:val="000000"/>
        </w:rPr>
        <w:t xml:space="preserve">, </w:t>
      </w:r>
      <w:r>
        <w:rPr>
          <w:color w:val="000000"/>
        </w:rPr>
        <w:t>관측</w:t>
      </w:r>
      <w:r>
        <w:rPr>
          <w:color w:val="000000"/>
        </w:rPr>
        <w:t xml:space="preserve"> </w:t>
      </w:r>
      <w:r>
        <w:rPr>
          <w:color w:val="000000"/>
        </w:rPr>
        <w:t>시각을</w:t>
      </w:r>
      <w:r>
        <w:rPr>
          <w:color w:val="000000"/>
        </w:rPr>
        <w:t xml:space="preserve"> </w:t>
      </w:r>
      <w:r>
        <w:rPr>
          <w:color w:val="000000"/>
        </w:rPr>
        <w:t>확인하고</w:t>
      </w:r>
      <w:r>
        <w:rPr>
          <w:color w:val="000000"/>
        </w:rPr>
        <w:t xml:space="preserve"> </w:t>
      </w:r>
      <w:r>
        <w:rPr>
          <w:color w:val="000000"/>
        </w:rPr>
        <w:t>과거</w:t>
      </w:r>
      <w:r>
        <w:rPr>
          <w:color w:val="000000"/>
        </w:rPr>
        <w:t xml:space="preserve"> </w:t>
      </w:r>
      <w:r>
        <w:rPr>
          <w:color w:val="000000"/>
        </w:rPr>
        <w:t>시험망</w:t>
      </w:r>
      <w:r>
        <w:rPr>
          <w:color w:val="000000"/>
        </w:rPr>
        <w:t xml:space="preserve"> </w:t>
      </w:r>
      <w:r>
        <w:rPr>
          <w:color w:val="000000"/>
        </w:rPr>
        <w:t>증거와</w:t>
      </w:r>
      <w:r>
        <w:rPr>
          <w:color w:val="000000"/>
        </w:rPr>
        <w:t xml:space="preserve"> MOCK </w:t>
      </w:r>
      <w:r>
        <w:rPr>
          <w:color w:val="000000"/>
        </w:rPr>
        <w:t>은행</w:t>
      </w:r>
      <w:r>
        <w:rPr>
          <w:color w:val="000000"/>
        </w:rPr>
        <w:t xml:space="preserve"> </w:t>
      </w:r>
      <w:r>
        <w:rPr>
          <w:color w:val="000000"/>
        </w:rPr>
        <w:t>자료를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 xml:space="preserve">. </w:t>
      </w:r>
      <w:r>
        <w:rPr>
          <w:color w:val="000000"/>
        </w:rPr>
        <w:t>증적</w:t>
      </w:r>
      <w:r>
        <w:rPr>
          <w:color w:val="000000"/>
        </w:rPr>
        <w:t xml:space="preserve"> hash </w:t>
      </w:r>
      <w:r>
        <w:rPr>
          <w:color w:val="000000"/>
        </w:rPr>
        <w:t>앵커만으로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 </w:t>
      </w:r>
      <w:r>
        <w:rPr>
          <w:color w:val="000000"/>
        </w:rPr>
        <w:t>완료를</w:t>
      </w:r>
      <w:r>
        <w:rPr>
          <w:color w:val="000000"/>
        </w:rPr>
        <w:t xml:space="preserve"> </w:t>
      </w:r>
      <w:r>
        <w:rPr>
          <w:color w:val="000000"/>
        </w:rPr>
        <w:t>판단하지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5424348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receipt</w:t>
      </w:r>
      <w:r>
        <w:rPr>
          <w:color w:val="000000"/>
          <w:sz w:val="20"/>
        </w:rPr>
        <w:t>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관측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시각을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0C008813" w14:textId="77777777" w:rsidR="00C25814" w:rsidRDefault="004F692B">
      <w:r>
        <w:br w:type="page"/>
      </w:r>
    </w:p>
    <w:p w14:paraId="0B70F0A3" w14:textId="77777777" w:rsidR="00C25814" w:rsidRDefault="004F692B">
      <w:pPr>
        <w:pStyle w:val="1"/>
        <w:spacing w:after="180"/>
      </w:pPr>
      <w:bookmarkStart w:id="8" w:name="scene08"/>
      <w:r>
        <w:lastRenderedPageBreak/>
        <w:t xml:space="preserve">08 </w:t>
      </w:r>
      <w:r>
        <w:t>지급</w:t>
      </w:r>
      <w:r>
        <w:t xml:space="preserve"> </w:t>
      </w:r>
      <w:r>
        <w:t>이후의</w:t>
      </w:r>
      <w:r>
        <w:t xml:space="preserve"> LP </w:t>
      </w:r>
      <w:r>
        <w:t>채무</w:t>
      </w:r>
      <w:bookmarkEnd w:id="8"/>
    </w:p>
    <w:p w14:paraId="06CC4561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658E5B80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상세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닫기</w:t>
      </w:r>
      <w:r>
        <w:rPr>
          <w:color w:val="000000"/>
          <w:sz w:val="20"/>
        </w:rPr>
        <w:t xml:space="preserve"> → Cedar LP Partial.</w:t>
      </w:r>
    </w:p>
    <w:p w14:paraId="21591F5C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0E64A3AA" wp14:editId="45E75FE3">
            <wp:extent cx="5180814" cy="2916000"/>
            <wp:effectExtent l="0" t="0" r="0" b="0"/>
            <wp:docPr id="11" name="Picture 11" descr="저장 화면 08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4C870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08 · 2026-10-02 · REVIEW</w:t>
      </w:r>
    </w:p>
    <w:p w14:paraId="7F5A5D7B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48C12DFF" w14:textId="77777777" w:rsidR="00C25814" w:rsidRDefault="004F692B">
      <w:pPr>
        <w:spacing w:after="100" w:line="264" w:lineRule="auto"/>
      </w:pPr>
      <w:r>
        <w:rPr>
          <w:color w:val="000000"/>
        </w:rPr>
        <w:t>부분</w:t>
      </w:r>
      <w:r>
        <w:rPr>
          <w:color w:val="000000"/>
        </w:rPr>
        <w:t xml:space="preserve"> </w:t>
      </w:r>
      <w:r>
        <w:rPr>
          <w:color w:val="000000"/>
        </w:rPr>
        <w:t>상환</w:t>
      </w:r>
      <w:r>
        <w:rPr>
          <w:color w:val="000000"/>
        </w:rPr>
        <w:t xml:space="preserve"> </w:t>
      </w:r>
      <w:r>
        <w:rPr>
          <w:color w:val="000000"/>
        </w:rPr>
        <w:t>사례에서는</w:t>
      </w:r>
      <w:r>
        <w:rPr>
          <w:color w:val="000000"/>
        </w:rPr>
        <w:t xml:space="preserve"> </w:t>
      </w: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지급이</w:t>
      </w:r>
      <w:r>
        <w:rPr>
          <w:color w:val="000000"/>
        </w:rPr>
        <w:t xml:space="preserve"> </w:t>
      </w:r>
      <w:r>
        <w:rPr>
          <w:color w:val="000000"/>
        </w:rPr>
        <w:t>완료되었지만</w:t>
      </w:r>
      <w:r>
        <w:rPr>
          <w:color w:val="000000"/>
        </w:rPr>
        <w:t xml:space="preserve"> </w:t>
      </w:r>
      <w:r>
        <w:rPr>
          <w:color w:val="000000"/>
        </w:rPr>
        <w:t>기관</w:t>
      </w:r>
      <w:r>
        <w:rPr>
          <w:color w:val="000000"/>
        </w:rPr>
        <w:t xml:space="preserve"> </w:t>
      </w:r>
      <w:r>
        <w:rPr>
          <w:color w:val="000000"/>
        </w:rPr>
        <w:t>정산과</w:t>
      </w:r>
      <w:r>
        <w:rPr>
          <w:color w:val="000000"/>
        </w:rPr>
        <w:t xml:space="preserve"> LP </w:t>
      </w:r>
      <w:r>
        <w:rPr>
          <w:color w:val="000000"/>
        </w:rPr>
        <w:t>채무가</w:t>
      </w:r>
      <w:r>
        <w:rPr>
          <w:color w:val="000000"/>
        </w:rPr>
        <w:t xml:space="preserve"> </w:t>
      </w:r>
      <w:r>
        <w:rPr>
          <w:color w:val="000000"/>
        </w:rPr>
        <w:t>남아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 xml:space="preserve">. </w:t>
      </w:r>
      <w:r>
        <w:rPr>
          <w:color w:val="000000"/>
        </w:rPr>
        <w:t>고객에게</w:t>
      </w:r>
      <w:r>
        <w:rPr>
          <w:color w:val="000000"/>
        </w:rPr>
        <w:t xml:space="preserve"> </w:t>
      </w:r>
      <w:r>
        <w:rPr>
          <w:color w:val="000000"/>
        </w:rPr>
        <w:t>지급된</w:t>
      </w:r>
      <w:r>
        <w:rPr>
          <w:color w:val="000000"/>
        </w:rPr>
        <w:t xml:space="preserve"> </w:t>
      </w:r>
      <w:r>
        <w:rPr>
          <w:color w:val="000000"/>
        </w:rPr>
        <w:t>사실과</w:t>
      </w:r>
      <w:r>
        <w:rPr>
          <w:color w:val="000000"/>
        </w:rPr>
        <w:t xml:space="preserve"> </w:t>
      </w:r>
      <w:r>
        <w:rPr>
          <w:color w:val="000000"/>
        </w:rPr>
        <w:t>자금</w:t>
      </w:r>
      <w:r>
        <w:rPr>
          <w:color w:val="000000"/>
        </w:rPr>
        <w:t xml:space="preserve"> </w:t>
      </w:r>
      <w:r>
        <w:rPr>
          <w:color w:val="000000"/>
        </w:rPr>
        <w:t>제공자에</w:t>
      </w:r>
      <w:r>
        <w:rPr>
          <w:color w:val="000000"/>
        </w:rPr>
        <w:t xml:space="preserve"> </w:t>
      </w:r>
      <w:r>
        <w:rPr>
          <w:color w:val="000000"/>
        </w:rPr>
        <w:t>대한</w:t>
      </w:r>
      <w:r>
        <w:rPr>
          <w:color w:val="000000"/>
        </w:rPr>
        <w:t xml:space="preserve"> </w:t>
      </w:r>
      <w:r>
        <w:rPr>
          <w:color w:val="000000"/>
        </w:rPr>
        <w:t>의무는</w:t>
      </w:r>
      <w:r>
        <w:rPr>
          <w:color w:val="000000"/>
        </w:rPr>
        <w:t xml:space="preserve"> </w:t>
      </w:r>
      <w:r>
        <w:rPr>
          <w:color w:val="000000"/>
        </w:rPr>
        <w:t>별도로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360E6249" w14:textId="77777777" w:rsidR="00C25814" w:rsidRDefault="004F692B">
      <w:pPr>
        <w:spacing w:after="100" w:line="264" w:lineRule="auto"/>
      </w:pPr>
      <w:r>
        <w:rPr>
          <w:color w:val="000000"/>
        </w:rPr>
        <w:t>원금</w:t>
      </w:r>
      <w:r>
        <w:rPr>
          <w:color w:val="000000"/>
        </w:rPr>
        <w:t xml:space="preserve">, </w:t>
      </w:r>
      <w:r>
        <w:rPr>
          <w:color w:val="000000"/>
        </w:rPr>
        <w:t>기간비용</w:t>
      </w:r>
      <w:r>
        <w:rPr>
          <w:color w:val="000000"/>
        </w:rPr>
        <w:t xml:space="preserve">, </w:t>
      </w:r>
      <w:r>
        <w:rPr>
          <w:color w:val="000000"/>
        </w:rPr>
        <w:t>상환</w:t>
      </w:r>
      <w:r>
        <w:rPr>
          <w:color w:val="000000"/>
        </w:rPr>
        <w:t xml:space="preserve"> </w:t>
      </w:r>
      <w:r>
        <w:rPr>
          <w:color w:val="000000"/>
        </w:rPr>
        <w:t>배분과</w:t>
      </w:r>
      <w:r>
        <w:rPr>
          <w:color w:val="000000"/>
        </w:rPr>
        <w:t xml:space="preserve"> </w:t>
      </w:r>
      <w:r>
        <w:rPr>
          <w:color w:val="000000"/>
        </w:rPr>
        <w:t>잔여</w:t>
      </w:r>
      <w:r>
        <w:rPr>
          <w:color w:val="000000"/>
        </w:rPr>
        <w:t xml:space="preserve"> </w:t>
      </w:r>
      <w:r>
        <w:rPr>
          <w:color w:val="000000"/>
        </w:rPr>
        <w:t>채무를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중복</w:t>
      </w:r>
      <w:r>
        <w:rPr>
          <w:color w:val="000000"/>
        </w:rPr>
        <w:t>·</w:t>
      </w:r>
      <w:r>
        <w:rPr>
          <w:color w:val="000000"/>
        </w:rPr>
        <w:t>초과</w:t>
      </w:r>
      <w:r>
        <w:rPr>
          <w:color w:val="000000"/>
        </w:rPr>
        <w:t xml:space="preserve"> </w:t>
      </w:r>
      <w:r>
        <w:rPr>
          <w:color w:val="000000"/>
        </w:rPr>
        <w:t>상환은</w:t>
      </w:r>
      <w:r>
        <w:rPr>
          <w:color w:val="000000"/>
        </w:rPr>
        <w:t xml:space="preserve"> </w:t>
      </w:r>
      <w:r>
        <w:rPr>
          <w:color w:val="000000"/>
        </w:rPr>
        <w:t>추가</w:t>
      </w:r>
      <w:r>
        <w:rPr>
          <w:color w:val="000000"/>
        </w:rPr>
        <w:t xml:space="preserve"> </w:t>
      </w:r>
      <w:r>
        <w:rPr>
          <w:color w:val="000000"/>
        </w:rPr>
        <w:t>반영을</w:t>
      </w:r>
      <w:r>
        <w:rPr>
          <w:color w:val="000000"/>
        </w:rPr>
        <w:t xml:space="preserve"> </w:t>
      </w:r>
      <w:r>
        <w:rPr>
          <w:color w:val="000000"/>
        </w:rPr>
        <w:t>막으며</w:t>
      </w:r>
      <w:r>
        <w:rPr>
          <w:color w:val="000000"/>
        </w:rPr>
        <w:t xml:space="preserve">, </w:t>
      </w:r>
      <w:r>
        <w:rPr>
          <w:color w:val="000000"/>
        </w:rPr>
        <w:t>이</w:t>
      </w:r>
      <w:r>
        <w:rPr>
          <w:color w:val="000000"/>
        </w:rPr>
        <w:t xml:space="preserve"> </w:t>
      </w:r>
      <w:r>
        <w:rPr>
          <w:color w:val="000000"/>
        </w:rPr>
        <w:t>사례의</w:t>
      </w:r>
      <w:r>
        <w:rPr>
          <w:color w:val="000000"/>
        </w:rPr>
        <w:t xml:space="preserve"> LP </w:t>
      </w:r>
      <w:r>
        <w:rPr>
          <w:color w:val="000000"/>
        </w:rPr>
        <w:t>자금과</w:t>
      </w:r>
      <w:r>
        <w:rPr>
          <w:color w:val="000000"/>
        </w:rPr>
        <w:t xml:space="preserve"> </w:t>
      </w:r>
      <w:r>
        <w:rPr>
          <w:color w:val="000000"/>
        </w:rPr>
        <w:t>약정</w:t>
      </w:r>
      <w:r>
        <w:rPr>
          <w:color w:val="000000"/>
        </w:rPr>
        <w:t xml:space="preserve"> </w:t>
      </w:r>
      <w:r>
        <w:rPr>
          <w:color w:val="000000"/>
        </w:rPr>
        <w:t>책임은</w:t>
      </w:r>
      <w:r>
        <w:rPr>
          <w:color w:val="000000"/>
        </w:rPr>
        <w:t xml:space="preserve"> MOCK·</w:t>
      </w:r>
      <w:r>
        <w:rPr>
          <w:color w:val="000000"/>
        </w:rPr>
        <w:t>미확정입니다</w:t>
      </w:r>
      <w:r>
        <w:rPr>
          <w:color w:val="000000"/>
        </w:rPr>
        <w:t>.</w:t>
      </w:r>
    </w:p>
    <w:p w14:paraId="60DD4B68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지급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정산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잔여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채무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카드를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비교합니다</w:t>
      </w:r>
      <w:r>
        <w:rPr>
          <w:color w:val="000000"/>
          <w:sz w:val="20"/>
        </w:rPr>
        <w:t>.</w:t>
      </w:r>
    </w:p>
    <w:p w14:paraId="24A2BA29" w14:textId="77777777" w:rsidR="00C25814" w:rsidRDefault="004F692B">
      <w:r>
        <w:br w:type="page"/>
      </w:r>
    </w:p>
    <w:p w14:paraId="11CC8785" w14:textId="77777777" w:rsidR="00C25814" w:rsidRDefault="004F692B">
      <w:pPr>
        <w:pStyle w:val="1"/>
        <w:spacing w:after="180"/>
      </w:pPr>
      <w:bookmarkStart w:id="9" w:name="scene09"/>
      <w:r>
        <w:lastRenderedPageBreak/>
        <w:t xml:space="preserve">09 </w:t>
      </w:r>
      <w:r>
        <w:t>경로별</w:t>
      </w:r>
      <w:r>
        <w:t xml:space="preserve"> </w:t>
      </w:r>
      <w:r>
        <w:t>총비용</w:t>
      </w:r>
      <w:bookmarkEnd w:id="9"/>
    </w:p>
    <w:p w14:paraId="6E77BDE0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02BC1BF0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총비용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비교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메뉴</w:t>
      </w:r>
      <w:r>
        <w:rPr>
          <w:color w:val="000000"/>
          <w:sz w:val="20"/>
        </w:rPr>
        <w:t>.</w:t>
      </w:r>
    </w:p>
    <w:p w14:paraId="0588667C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8566AF8" wp14:editId="06528E54">
            <wp:extent cx="5180814" cy="2916000"/>
            <wp:effectExtent l="0" t="0" r="0" b="0"/>
            <wp:docPr id="12" name="Picture 12" descr="저장 화면 09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0618A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09 · 2026-10-02 · REVIEW</w:t>
      </w:r>
    </w:p>
    <w:p w14:paraId="413AC856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724544D" w14:textId="77777777" w:rsidR="00C25814" w:rsidRDefault="004F692B">
      <w:pPr>
        <w:spacing w:after="100" w:line="264" w:lineRule="auto"/>
      </w:pPr>
      <w:r>
        <w:rPr>
          <w:color w:val="000000"/>
        </w:rPr>
        <w:t>경로를</w:t>
      </w:r>
      <w:r>
        <w:rPr>
          <w:color w:val="000000"/>
        </w:rPr>
        <w:t xml:space="preserve"> </w:t>
      </w:r>
      <w:r>
        <w:rPr>
          <w:color w:val="000000"/>
        </w:rPr>
        <w:t>선택할</w:t>
      </w:r>
      <w:r>
        <w:rPr>
          <w:color w:val="000000"/>
        </w:rPr>
        <w:t xml:space="preserve"> </w:t>
      </w:r>
      <w:r>
        <w:rPr>
          <w:color w:val="000000"/>
        </w:rPr>
        <w:t>때</w:t>
      </w:r>
      <w:r>
        <w:rPr>
          <w:color w:val="000000"/>
        </w:rPr>
        <w:t xml:space="preserve"> </w:t>
      </w:r>
      <w:r>
        <w:rPr>
          <w:color w:val="000000"/>
        </w:rPr>
        <w:t>수수료</w:t>
      </w:r>
      <w:r>
        <w:rPr>
          <w:color w:val="000000"/>
        </w:rPr>
        <w:t xml:space="preserve">, </w:t>
      </w:r>
      <w:r>
        <w:rPr>
          <w:color w:val="000000"/>
        </w:rPr>
        <w:t>환전</w:t>
      </w:r>
      <w:r>
        <w:rPr>
          <w:color w:val="000000"/>
        </w:rPr>
        <w:t>, gas</w:t>
      </w:r>
      <w:r>
        <w:rPr>
          <w:color w:val="000000"/>
        </w:rPr>
        <w:t>와</w:t>
      </w:r>
      <w:r>
        <w:rPr>
          <w:color w:val="000000"/>
        </w:rPr>
        <w:t xml:space="preserve"> </w:t>
      </w:r>
      <w:r>
        <w:rPr>
          <w:color w:val="000000"/>
        </w:rPr>
        <w:t>유효시각을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비교합니다</w:t>
      </w:r>
      <w:r>
        <w:rPr>
          <w:color w:val="000000"/>
        </w:rPr>
        <w:t xml:space="preserve">. </w:t>
      </w:r>
      <w:r>
        <w:rPr>
          <w:color w:val="000000"/>
        </w:rPr>
        <w:t>비용이</w:t>
      </w:r>
      <w:r>
        <w:rPr>
          <w:color w:val="000000"/>
        </w:rPr>
        <w:t xml:space="preserve"> </w:t>
      </w:r>
      <w:r>
        <w:rPr>
          <w:color w:val="000000"/>
        </w:rPr>
        <w:t>낮더라도</w:t>
      </w:r>
      <w:r>
        <w:rPr>
          <w:color w:val="000000"/>
        </w:rPr>
        <w:t xml:space="preserve"> </w:t>
      </w:r>
      <w:r>
        <w:rPr>
          <w:color w:val="000000"/>
        </w:rPr>
        <w:t>정책이나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조건을</w:t>
      </w:r>
      <w:r>
        <w:rPr>
          <w:color w:val="000000"/>
        </w:rPr>
        <w:t xml:space="preserve"> </w:t>
      </w:r>
      <w:r>
        <w:rPr>
          <w:color w:val="000000"/>
        </w:rPr>
        <w:t>충족하지</w:t>
      </w:r>
      <w:r>
        <w:rPr>
          <w:color w:val="000000"/>
        </w:rPr>
        <w:t xml:space="preserve"> </w:t>
      </w:r>
      <w:r>
        <w:rPr>
          <w:color w:val="000000"/>
        </w:rPr>
        <w:t>못하면</w:t>
      </w:r>
      <w:r>
        <w:rPr>
          <w:color w:val="000000"/>
        </w:rPr>
        <w:t xml:space="preserve"> </w:t>
      </w:r>
      <w:r>
        <w:rPr>
          <w:color w:val="000000"/>
        </w:rPr>
        <w:t>실행할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>.</w:t>
      </w:r>
    </w:p>
    <w:p w14:paraId="17C2C546" w14:textId="77777777" w:rsidR="00C25814" w:rsidRDefault="004F692B">
      <w:pPr>
        <w:spacing w:after="100" w:line="264" w:lineRule="auto"/>
      </w:pPr>
      <w:r>
        <w:rPr>
          <w:color w:val="000000"/>
        </w:rPr>
        <w:t>견적은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근거</w:t>
      </w:r>
      <w:r>
        <w:rPr>
          <w:color w:val="000000"/>
        </w:rPr>
        <w:t xml:space="preserve">, MOCK, </w:t>
      </w:r>
      <w:r>
        <w:rPr>
          <w:color w:val="000000"/>
        </w:rPr>
        <w:t>합성</w:t>
      </w:r>
      <w:r>
        <w:rPr>
          <w:color w:val="000000"/>
        </w:rPr>
        <w:t xml:space="preserve"> </w:t>
      </w:r>
      <w:r>
        <w:rPr>
          <w:color w:val="000000"/>
        </w:rPr>
        <w:t>자료의</w:t>
      </w:r>
      <w:r>
        <w:rPr>
          <w:color w:val="000000"/>
        </w:rPr>
        <w:t xml:space="preserve"> </w:t>
      </w:r>
      <w:r>
        <w:rPr>
          <w:color w:val="000000"/>
        </w:rPr>
        <w:t>출처를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 xml:space="preserve">. </w:t>
      </w:r>
      <w:r>
        <w:rPr>
          <w:color w:val="000000"/>
        </w:rPr>
        <w:t>새로운</w:t>
      </w:r>
      <w:r>
        <w:rPr>
          <w:color w:val="000000"/>
        </w:rPr>
        <w:t xml:space="preserve"> </w:t>
      </w:r>
      <w:r>
        <w:rPr>
          <w:color w:val="000000"/>
        </w:rPr>
        <w:t>가격이</w:t>
      </w:r>
      <w:r>
        <w:rPr>
          <w:color w:val="000000"/>
        </w:rPr>
        <w:t xml:space="preserve"> </w:t>
      </w:r>
      <w:r>
        <w:rPr>
          <w:color w:val="000000"/>
        </w:rPr>
        <w:t>관측되어도</w:t>
      </w:r>
      <w:r>
        <w:rPr>
          <w:color w:val="000000"/>
        </w:rPr>
        <w:t xml:space="preserve"> </w:t>
      </w:r>
      <w:r>
        <w:rPr>
          <w:color w:val="000000"/>
        </w:rPr>
        <w:t>이미</w:t>
      </w:r>
      <w:r>
        <w:rPr>
          <w:color w:val="000000"/>
        </w:rPr>
        <w:t xml:space="preserve"> </w:t>
      </w:r>
      <w:r>
        <w:rPr>
          <w:color w:val="000000"/>
        </w:rPr>
        <w:t>승인한</w:t>
      </w:r>
      <w:r>
        <w:rPr>
          <w:color w:val="000000"/>
        </w:rPr>
        <w:t xml:space="preserve"> </w:t>
      </w:r>
      <w:r>
        <w:rPr>
          <w:color w:val="000000"/>
        </w:rPr>
        <w:t>견적을</w:t>
      </w:r>
      <w:r>
        <w:rPr>
          <w:color w:val="000000"/>
        </w:rPr>
        <w:t xml:space="preserve"> </w:t>
      </w:r>
      <w:r>
        <w:rPr>
          <w:color w:val="000000"/>
        </w:rPr>
        <w:t>덮어쓰지</w:t>
      </w:r>
      <w:r>
        <w:rPr>
          <w:color w:val="000000"/>
        </w:rPr>
        <w:t xml:space="preserve"> </w:t>
      </w:r>
      <w:r>
        <w:rPr>
          <w:color w:val="000000"/>
        </w:rPr>
        <w:t>않으며</w:t>
      </w:r>
      <w:r>
        <w:rPr>
          <w:color w:val="000000"/>
        </w:rPr>
        <w:t xml:space="preserve"> </w:t>
      </w:r>
      <w:r>
        <w:rPr>
          <w:color w:val="000000"/>
        </w:rPr>
        <w:t>원금은</w:t>
      </w:r>
      <w:r>
        <w:rPr>
          <w:color w:val="000000"/>
        </w:rPr>
        <w:t xml:space="preserve"> </w:t>
      </w:r>
      <w:r>
        <w:rPr>
          <w:color w:val="000000"/>
        </w:rPr>
        <w:t>매출이나</w:t>
      </w:r>
      <w:r>
        <w:rPr>
          <w:color w:val="000000"/>
        </w:rPr>
        <w:t xml:space="preserve"> </w:t>
      </w:r>
      <w:r>
        <w:rPr>
          <w:color w:val="000000"/>
        </w:rPr>
        <w:t>수익으로</w:t>
      </w:r>
      <w:r>
        <w:rPr>
          <w:color w:val="000000"/>
        </w:rPr>
        <w:t xml:space="preserve"> </w:t>
      </w:r>
      <w:r>
        <w:rPr>
          <w:color w:val="000000"/>
        </w:rPr>
        <w:t>계산하지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2616C3D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각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비용의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통화와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견적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시각을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52646F97" w14:textId="77777777" w:rsidR="00C25814" w:rsidRDefault="004F692B">
      <w:r>
        <w:br w:type="page"/>
      </w:r>
    </w:p>
    <w:p w14:paraId="7219D52F" w14:textId="77777777" w:rsidR="00C25814" w:rsidRDefault="004F692B">
      <w:pPr>
        <w:pStyle w:val="1"/>
        <w:spacing w:after="180"/>
      </w:pPr>
      <w:bookmarkStart w:id="10" w:name="scene10"/>
      <w:r>
        <w:lastRenderedPageBreak/>
        <w:t xml:space="preserve">10 </w:t>
      </w:r>
      <w:r>
        <w:t>견적</w:t>
      </w:r>
      <w:r>
        <w:t xml:space="preserve"> </w:t>
      </w:r>
      <w:r>
        <w:t>비용과</w:t>
      </w:r>
      <w:r>
        <w:t xml:space="preserve"> </w:t>
      </w:r>
      <w:r>
        <w:t>실제</w:t>
      </w:r>
      <w:r>
        <w:t xml:space="preserve"> </w:t>
      </w:r>
      <w:r>
        <w:t>비용</w:t>
      </w:r>
      <w:bookmarkEnd w:id="10"/>
    </w:p>
    <w:p w14:paraId="64146A67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7E42D4D8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통합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자금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견적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실제</w:t>
      </w:r>
      <w:r>
        <w:rPr>
          <w:color w:val="000000"/>
          <w:sz w:val="20"/>
        </w:rPr>
        <w:t xml:space="preserve"> receipt 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>.</w:t>
      </w:r>
    </w:p>
    <w:p w14:paraId="64EC6418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282AE503" wp14:editId="10A07C49">
            <wp:extent cx="5180814" cy="2916000"/>
            <wp:effectExtent l="0" t="0" r="0" b="0"/>
            <wp:docPr id="13" name="Picture 13" descr="저장 화면 10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8CFD9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10 · 2026-10-02 · REVIEW</w:t>
      </w:r>
    </w:p>
    <w:p w14:paraId="41DA9D96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7ADC5097" w14:textId="77777777" w:rsidR="00C25814" w:rsidRDefault="004F692B">
      <w:pPr>
        <w:spacing w:after="100" w:line="264" w:lineRule="auto"/>
      </w:pPr>
      <w:r>
        <w:rPr>
          <w:color w:val="000000"/>
        </w:rPr>
        <w:t>견적</w:t>
      </w:r>
      <w:r>
        <w:rPr>
          <w:color w:val="000000"/>
        </w:rPr>
        <w:t xml:space="preserve"> </w:t>
      </w:r>
      <w:r>
        <w:rPr>
          <w:color w:val="000000"/>
        </w:rPr>
        <w:t>비용과</w:t>
      </w:r>
      <w:r>
        <w:rPr>
          <w:color w:val="000000"/>
        </w:rPr>
        <w:t xml:space="preserve"> receipt</w:t>
      </w:r>
      <w:r>
        <w:rPr>
          <w:color w:val="000000"/>
        </w:rPr>
        <w:t>에서</w:t>
      </w:r>
      <w:r>
        <w:rPr>
          <w:color w:val="000000"/>
        </w:rPr>
        <w:t xml:space="preserve"> </w:t>
      </w:r>
      <w:r>
        <w:rPr>
          <w:color w:val="000000"/>
        </w:rPr>
        <w:t>관측한</w:t>
      </w:r>
      <w:r>
        <w:rPr>
          <w:color w:val="000000"/>
        </w:rPr>
        <w:t xml:space="preserve"> </w:t>
      </w:r>
      <w:r>
        <w:rPr>
          <w:color w:val="000000"/>
        </w:rPr>
        <w:t>비용을</w:t>
      </w:r>
      <w:r>
        <w:rPr>
          <w:color w:val="000000"/>
        </w:rPr>
        <w:t xml:space="preserve"> </w:t>
      </w:r>
      <w:r>
        <w:rPr>
          <w:color w:val="000000"/>
        </w:rPr>
        <w:t>나란히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 xml:space="preserve">. </w:t>
      </w:r>
      <w:r>
        <w:rPr>
          <w:color w:val="000000"/>
        </w:rPr>
        <w:t>차이가</w:t>
      </w:r>
      <w:r>
        <w:rPr>
          <w:color w:val="000000"/>
        </w:rPr>
        <w:t xml:space="preserve"> </w:t>
      </w:r>
      <w:r>
        <w:rPr>
          <w:color w:val="000000"/>
        </w:rPr>
        <w:t>허용</w:t>
      </w:r>
      <w:r>
        <w:rPr>
          <w:color w:val="000000"/>
        </w:rPr>
        <w:t xml:space="preserve"> </w:t>
      </w:r>
      <w:r>
        <w:rPr>
          <w:color w:val="000000"/>
        </w:rPr>
        <w:t>범위를</w:t>
      </w:r>
      <w:r>
        <w:rPr>
          <w:color w:val="000000"/>
        </w:rPr>
        <w:t xml:space="preserve"> </w:t>
      </w:r>
      <w:r>
        <w:rPr>
          <w:color w:val="000000"/>
        </w:rPr>
        <w:t>넘으면</w:t>
      </w:r>
      <w:r>
        <w:rPr>
          <w:color w:val="000000"/>
        </w:rPr>
        <w:t xml:space="preserve"> </w:t>
      </w:r>
      <w:r>
        <w:rPr>
          <w:color w:val="000000"/>
        </w:rPr>
        <w:t>대사</w:t>
      </w:r>
      <w:r>
        <w:rPr>
          <w:color w:val="000000"/>
        </w:rPr>
        <w:t xml:space="preserve"> </w:t>
      </w:r>
      <w:r>
        <w:rPr>
          <w:color w:val="000000"/>
        </w:rPr>
        <w:t>이슈로</w:t>
      </w:r>
      <w:r>
        <w:rPr>
          <w:color w:val="000000"/>
        </w:rPr>
        <w:t xml:space="preserve"> </w:t>
      </w:r>
      <w:r>
        <w:rPr>
          <w:color w:val="000000"/>
        </w:rPr>
        <w:t>연결해</w:t>
      </w:r>
      <w:r>
        <w:rPr>
          <w:color w:val="000000"/>
        </w:rPr>
        <w:t xml:space="preserve"> </w:t>
      </w:r>
      <w:r>
        <w:rPr>
          <w:color w:val="000000"/>
        </w:rPr>
        <w:t>원인을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710CAD89" w14:textId="77777777" w:rsidR="00C25814" w:rsidRDefault="004F692B">
      <w:pPr>
        <w:spacing w:after="100" w:line="264" w:lineRule="auto"/>
      </w:pPr>
      <w:r>
        <w:rPr>
          <w:color w:val="000000"/>
        </w:rPr>
        <w:t>보정</w:t>
      </w:r>
      <w:r>
        <w:rPr>
          <w:color w:val="000000"/>
        </w:rPr>
        <w:t xml:space="preserve"> </w:t>
      </w:r>
      <w:r>
        <w:rPr>
          <w:color w:val="000000"/>
        </w:rPr>
        <w:t>사유와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비용</w:t>
      </w:r>
      <w:r>
        <w:rPr>
          <w:color w:val="000000"/>
        </w:rPr>
        <w:t xml:space="preserve"> </w:t>
      </w:r>
      <w:r>
        <w:rPr>
          <w:color w:val="000000"/>
        </w:rPr>
        <w:t>참조</w:t>
      </w:r>
      <w:r>
        <w:rPr>
          <w:color w:val="000000"/>
        </w:rPr>
        <w:t xml:space="preserve">, </w:t>
      </w:r>
      <w:r>
        <w:rPr>
          <w:color w:val="000000"/>
        </w:rPr>
        <w:t>배분액은</w:t>
      </w:r>
      <w:r>
        <w:rPr>
          <w:color w:val="000000"/>
        </w:rPr>
        <w:t xml:space="preserve">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승인으로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 xml:space="preserve">. </w:t>
      </w:r>
      <w:r>
        <w:rPr>
          <w:color w:val="000000"/>
        </w:rPr>
        <w:t>늦게</w:t>
      </w:r>
      <w:r>
        <w:rPr>
          <w:color w:val="000000"/>
        </w:rPr>
        <w:t xml:space="preserve"> </w:t>
      </w:r>
      <w:r>
        <w:rPr>
          <w:color w:val="000000"/>
        </w:rPr>
        <w:t>도착한</w:t>
      </w:r>
      <w:r>
        <w:rPr>
          <w:color w:val="000000"/>
        </w:rPr>
        <w:t xml:space="preserve"> receipt</w:t>
      </w:r>
      <w:r>
        <w:rPr>
          <w:color w:val="000000"/>
        </w:rPr>
        <w:t>도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거래에</w:t>
      </w:r>
      <w:r>
        <w:rPr>
          <w:color w:val="000000"/>
        </w:rPr>
        <w:t xml:space="preserve"> </w:t>
      </w:r>
      <w:r>
        <w:rPr>
          <w:color w:val="000000"/>
        </w:rPr>
        <w:t>연결하며</w:t>
      </w:r>
      <w:r>
        <w:rPr>
          <w:color w:val="000000"/>
        </w:rPr>
        <w:t xml:space="preserve">, </w:t>
      </w:r>
      <w:r>
        <w:rPr>
          <w:color w:val="000000"/>
        </w:rPr>
        <w:t>로컬</w:t>
      </w:r>
      <w:r>
        <w:rPr>
          <w:color w:val="000000"/>
        </w:rPr>
        <w:t xml:space="preserve"> </w:t>
      </w:r>
      <w:r>
        <w:rPr>
          <w:color w:val="000000"/>
        </w:rPr>
        <w:t>보정</w:t>
      </w:r>
      <w:r>
        <w:rPr>
          <w:color w:val="000000"/>
        </w:rPr>
        <w:t xml:space="preserve"> </w:t>
      </w:r>
      <w:r>
        <w:rPr>
          <w:color w:val="000000"/>
        </w:rPr>
        <w:t>기록을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분개</w:t>
      </w:r>
      <w:r>
        <w:rPr>
          <w:color w:val="000000"/>
        </w:rPr>
        <w:t xml:space="preserve"> </w:t>
      </w:r>
      <w:r>
        <w:rPr>
          <w:color w:val="000000"/>
        </w:rPr>
        <w:t>완료로</w:t>
      </w:r>
      <w:r>
        <w:rPr>
          <w:color w:val="000000"/>
        </w:rPr>
        <w:t xml:space="preserve"> </w:t>
      </w:r>
      <w:r>
        <w:rPr>
          <w:color w:val="000000"/>
        </w:rPr>
        <w:t>해석하지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0E6A4434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견적과</w:t>
      </w:r>
      <w:r>
        <w:rPr>
          <w:color w:val="000000"/>
          <w:sz w:val="20"/>
        </w:rPr>
        <w:t xml:space="preserve"> receipt </w:t>
      </w:r>
      <w:r>
        <w:rPr>
          <w:color w:val="000000"/>
          <w:sz w:val="20"/>
        </w:rPr>
        <w:t>비용을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비교합니다</w:t>
      </w:r>
      <w:r>
        <w:rPr>
          <w:color w:val="000000"/>
          <w:sz w:val="20"/>
        </w:rPr>
        <w:t>.</w:t>
      </w:r>
    </w:p>
    <w:p w14:paraId="1DC733DE" w14:textId="77777777" w:rsidR="00C25814" w:rsidRDefault="004F692B">
      <w:r>
        <w:br w:type="page"/>
      </w:r>
    </w:p>
    <w:p w14:paraId="7E1D8F3B" w14:textId="77777777" w:rsidR="00C25814" w:rsidRDefault="004F692B">
      <w:pPr>
        <w:pStyle w:val="1"/>
        <w:spacing w:after="180"/>
      </w:pPr>
      <w:bookmarkStart w:id="11" w:name="scene11"/>
      <w:r>
        <w:lastRenderedPageBreak/>
        <w:t xml:space="preserve">11 </w:t>
      </w:r>
      <w:r>
        <w:t>비용</w:t>
      </w:r>
      <w:r>
        <w:t xml:space="preserve"> </w:t>
      </w:r>
      <w:r>
        <w:t>보정</w:t>
      </w:r>
      <w:r>
        <w:t xml:space="preserve"> </w:t>
      </w:r>
      <w:r>
        <w:t>승인</w:t>
      </w:r>
      <w:bookmarkEnd w:id="11"/>
    </w:p>
    <w:p w14:paraId="4F0CC47E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37DAEB91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통합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자금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보정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>.</w:t>
      </w:r>
    </w:p>
    <w:p w14:paraId="648BF2B0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77CCA7FA" wp14:editId="01550927">
            <wp:extent cx="5180814" cy="2916000"/>
            <wp:effectExtent l="0" t="0" r="0" b="0"/>
            <wp:docPr id="14" name="Picture 14" descr="저장 화면 11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A420C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11 · 2026-10-02 · REVIEW</w:t>
      </w:r>
    </w:p>
    <w:p w14:paraId="20F4A6B8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64ACAAF2" w14:textId="77777777" w:rsidR="00C25814" w:rsidRDefault="004F692B">
      <w:pPr>
        <w:spacing w:after="100" w:line="264" w:lineRule="auto"/>
      </w:pPr>
      <w:r>
        <w:rPr>
          <w:color w:val="000000"/>
        </w:rPr>
        <w:t>비용</w:t>
      </w:r>
      <w:r>
        <w:rPr>
          <w:color w:val="000000"/>
        </w:rPr>
        <w:t xml:space="preserve"> </w:t>
      </w:r>
      <w:r>
        <w:rPr>
          <w:color w:val="000000"/>
        </w:rPr>
        <w:t>보정은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, </w:t>
      </w:r>
      <w:r>
        <w:rPr>
          <w:color w:val="000000"/>
        </w:rPr>
        <w:t>영수증</w:t>
      </w:r>
      <w:r>
        <w:rPr>
          <w:color w:val="000000"/>
        </w:rPr>
        <w:t xml:space="preserve">, </w:t>
      </w:r>
      <w:r>
        <w:rPr>
          <w:color w:val="000000"/>
        </w:rPr>
        <w:t>보정액과</w:t>
      </w:r>
      <w:r>
        <w:rPr>
          <w:color w:val="000000"/>
        </w:rPr>
        <w:t xml:space="preserve"> </w:t>
      </w:r>
      <w:r>
        <w:rPr>
          <w:color w:val="000000"/>
        </w:rPr>
        <w:t>배분</w:t>
      </w:r>
      <w:r>
        <w:rPr>
          <w:color w:val="000000"/>
        </w:rPr>
        <w:t xml:space="preserve"> </w:t>
      </w:r>
      <w:r>
        <w:rPr>
          <w:color w:val="000000"/>
        </w:rPr>
        <w:t>계정에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 xml:space="preserve">. </w:t>
      </w:r>
      <w:r>
        <w:rPr>
          <w:color w:val="000000"/>
        </w:rPr>
        <w:t>요청자와</w:t>
      </w:r>
      <w:r>
        <w:rPr>
          <w:color w:val="000000"/>
        </w:rPr>
        <w:t xml:space="preserve"> </w:t>
      </w:r>
      <w:r>
        <w:rPr>
          <w:color w:val="000000"/>
        </w:rPr>
        <w:t>승인자를</w:t>
      </w:r>
      <w:r>
        <w:rPr>
          <w:color w:val="000000"/>
        </w:rPr>
        <w:t xml:space="preserve"> </w:t>
      </w:r>
      <w:r>
        <w:rPr>
          <w:color w:val="000000"/>
        </w:rPr>
        <w:t>구분하고</w:t>
      </w:r>
      <w:r>
        <w:rPr>
          <w:color w:val="000000"/>
        </w:rPr>
        <w:t xml:space="preserve"> </w:t>
      </w:r>
      <w:r>
        <w:rPr>
          <w:color w:val="000000"/>
        </w:rPr>
        <w:t>업무별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정책과</w:t>
      </w:r>
      <w:r>
        <w:rPr>
          <w:color w:val="000000"/>
        </w:rPr>
        <w:t xml:space="preserve"> </w:t>
      </w:r>
      <w:r>
        <w:rPr>
          <w:color w:val="000000"/>
        </w:rPr>
        <w:t>유효기간을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4F26F867" w14:textId="77777777" w:rsidR="00C25814" w:rsidRDefault="004F692B">
      <w:pPr>
        <w:spacing w:after="100" w:line="264" w:lineRule="auto"/>
      </w:pP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영수증과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전표는</w:t>
      </w:r>
      <w:r>
        <w:rPr>
          <w:color w:val="000000"/>
        </w:rPr>
        <w:t xml:space="preserve"> </w:t>
      </w:r>
      <w:r>
        <w:rPr>
          <w:color w:val="000000"/>
        </w:rPr>
        <w:t>보존됩니다</w:t>
      </w:r>
      <w:r>
        <w:rPr>
          <w:color w:val="000000"/>
        </w:rPr>
        <w:t xml:space="preserve">. </w:t>
      </w:r>
      <w:r>
        <w:rPr>
          <w:color w:val="000000"/>
        </w:rPr>
        <w:t>이</w:t>
      </w:r>
      <w:r>
        <w:rPr>
          <w:color w:val="000000"/>
        </w:rPr>
        <w:t xml:space="preserve"> </w:t>
      </w:r>
      <w:r>
        <w:rPr>
          <w:color w:val="000000"/>
        </w:rPr>
        <w:t>화면은</w:t>
      </w:r>
      <w:r>
        <w:rPr>
          <w:color w:val="000000"/>
        </w:rPr>
        <w:t xml:space="preserve"> </w:t>
      </w:r>
      <w:r>
        <w:rPr>
          <w:color w:val="000000"/>
        </w:rPr>
        <w:t>로컬</w:t>
      </w:r>
      <w:r>
        <w:rPr>
          <w:color w:val="000000"/>
        </w:rPr>
        <w:t xml:space="preserve"> </w:t>
      </w:r>
      <w:r>
        <w:rPr>
          <w:color w:val="000000"/>
        </w:rPr>
        <w:t>비용</w:t>
      </w:r>
      <w:r>
        <w:rPr>
          <w:color w:val="000000"/>
        </w:rPr>
        <w:t xml:space="preserve"> </w:t>
      </w:r>
      <w:r>
        <w:rPr>
          <w:color w:val="000000"/>
        </w:rPr>
        <w:t>배분</w:t>
      </w:r>
      <w:r>
        <w:rPr>
          <w:color w:val="000000"/>
        </w:rPr>
        <w:t xml:space="preserve"> </w:t>
      </w:r>
      <w:r>
        <w:rPr>
          <w:color w:val="000000"/>
        </w:rPr>
        <w:t>통제</w:t>
      </w:r>
      <w:r>
        <w:rPr>
          <w:color w:val="000000"/>
        </w:rPr>
        <w:t xml:space="preserve"> </w:t>
      </w:r>
      <w:r>
        <w:rPr>
          <w:color w:val="000000"/>
        </w:rPr>
        <w:t>기록이며</w:t>
      </w:r>
      <w:r>
        <w:rPr>
          <w:color w:val="000000"/>
        </w:rPr>
        <w:t xml:space="preserve">, </w:t>
      </w:r>
      <w:r>
        <w:rPr>
          <w:color w:val="000000"/>
        </w:rPr>
        <w:t>원금을</w:t>
      </w:r>
      <w:r>
        <w:rPr>
          <w:color w:val="000000"/>
        </w:rPr>
        <w:t xml:space="preserve"> </w:t>
      </w:r>
      <w:r>
        <w:rPr>
          <w:color w:val="000000"/>
        </w:rPr>
        <w:t>비용이나</w:t>
      </w:r>
      <w:r>
        <w:rPr>
          <w:color w:val="000000"/>
        </w:rPr>
        <w:t xml:space="preserve"> </w:t>
      </w:r>
      <w:r>
        <w:rPr>
          <w:color w:val="000000"/>
        </w:rPr>
        <w:t>수익으로</w:t>
      </w:r>
      <w:r>
        <w:rPr>
          <w:color w:val="000000"/>
        </w:rPr>
        <w:t xml:space="preserve"> </w:t>
      </w:r>
      <w:r>
        <w:rPr>
          <w:color w:val="000000"/>
        </w:rPr>
        <w:t>바꾸거나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집행을</w:t>
      </w:r>
      <w:r>
        <w:rPr>
          <w:color w:val="000000"/>
        </w:rPr>
        <w:t xml:space="preserve"> </w:t>
      </w:r>
      <w:r>
        <w:rPr>
          <w:color w:val="000000"/>
        </w:rPr>
        <w:t>완료한</w:t>
      </w:r>
      <w:r>
        <w:rPr>
          <w:color w:val="000000"/>
        </w:rPr>
        <w:t xml:space="preserve"> </w:t>
      </w:r>
      <w:r>
        <w:rPr>
          <w:color w:val="000000"/>
        </w:rPr>
        <w:t>기록은</w:t>
      </w:r>
      <w:r>
        <w:rPr>
          <w:color w:val="000000"/>
        </w:rPr>
        <w:t xml:space="preserve"> </w:t>
      </w:r>
      <w:r>
        <w:rPr>
          <w:color w:val="000000"/>
        </w:rPr>
        <w:t>아닙니다</w:t>
      </w:r>
      <w:r>
        <w:rPr>
          <w:color w:val="000000"/>
        </w:rPr>
        <w:t>.</w:t>
      </w:r>
    </w:p>
    <w:p w14:paraId="2514763D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보정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사유와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독립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조건을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D08CE71" w14:textId="77777777" w:rsidR="00C25814" w:rsidRDefault="004F692B">
      <w:r>
        <w:br w:type="page"/>
      </w:r>
    </w:p>
    <w:p w14:paraId="75E47514" w14:textId="77777777" w:rsidR="00C25814" w:rsidRDefault="004F692B">
      <w:pPr>
        <w:pStyle w:val="1"/>
        <w:spacing w:after="180"/>
      </w:pPr>
      <w:bookmarkStart w:id="12" w:name="scene12"/>
      <w:r>
        <w:lastRenderedPageBreak/>
        <w:t xml:space="preserve">12 </w:t>
      </w:r>
      <w:r>
        <w:t>마감과</w:t>
      </w:r>
      <w:r>
        <w:t xml:space="preserve"> </w:t>
      </w:r>
      <w:r>
        <w:t>미결</w:t>
      </w:r>
      <w:r>
        <w:t xml:space="preserve"> </w:t>
      </w:r>
      <w:r>
        <w:t>항목</w:t>
      </w:r>
      <w:bookmarkEnd w:id="12"/>
    </w:p>
    <w:p w14:paraId="586C6AAA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5244D2E6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통합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자금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일별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마감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보고</w:t>
      </w:r>
      <w:r>
        <w:rPr>
          <w:color w:val="000000"/>
          <w:sz w:val="20"/>
        </w:rPr>
        <w:t>.</w:t>
      </w:r>
    </w:p>
    <w:p w14:paraId="355BA4E9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364CBCDD" wp14:editId="38F63DC2">
            <wp:extent cx="5180814" cy="2916000"/>
            <wp:effectExtent l="0" t="0" r="0" b="0"/>
            <wp:docPr id="15" name="Picture 15" descr="저장 화면 12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252F1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12 · 2026-10-02 · REVIEW</w:t>
      </w:r>
    </w:p>
    <w:p w14:paraId="7AC4A849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6578F652" w14:textId="77777777" w:rsidR="00C25814" w:rsidRDefault="004F692B">
      <w:pPr>
        <w:spacing w:after="100" w:line="264" w:lineRule="auto"/>
      </w:pPr>
      <w:r>
        <w:rPr>
          <w:color w:val="000000"/>
        </w:rPr>
        <w:t>마감</w:t>
      </w:r>
      <w:r>
        <w:rPr>
          <w:color w:val="000000"/>
        </w:rPr>
        <w:t xml:space="preserve"> </w:t>
      </w:r>
      <w:r>
        <w:rPr>
          <w:color w:val="000000"/>
        </w:rPr>
        <w:t>보고는</w:t>
      </w:r>
      <w:r>
        <w:rPr>
          <w:color w:val="000000"/>
        </w:rPr>
        <w:t xml:space="preserve"> </w:t>
      </w:r>
      <w:r>
        <w:rPr>
          <w:color w:val="000000"/>
        </w:rPr>
        <w:t>선택한</w:t>
      </w:r>
      <w:r>
        <w:rPr>
          <w:color w:val="000000"/>
        </w:rPr>
        <w:t xml:space="preserve"> </w:t>
      </w:r>
      <w:r>
        <w:rPr>
          <w:color w:val="000000"/>
        </w:rPr>
        <w:t>기간의</w:t>
      </w:r>
      <w:r>
        <w:rPr>
          <w:color w:val="000000"/>
        </w:rPr>
        <w:t xml:space="preserve"> </w:t>
      </w:r>
      <w:r>
        <w:rPr>
          <w:color w:val="000000"/>
        </w:rPr>
        <w:t>원금</w:t>
      </w:r>
      <w:r>
        <w:rPr>
          <w:color w:val="000000"/>
        </w:rPr>
        <w:t xml:space="preserve"> </w:t>
      </w:r>
      <w:r>
        <w:rPr>
          <w:color w:val="000000"/>
        </w:rPr>
        <w:t>이동</w:t>
      </w:r>
      <w:r>
        <w:rPr>
          <w:color w:val="000000"/>
        </w:rPr>
        <w:t xml:space="preserve">, </w:t>
      </w:r>
      <w:r>
        <w:rPr>
          <w:color w:val="000000"/>
        </w:rPr>
        <w:t>수수료</w:t>
      </w:r>
      <w:r>
        <w:rPr>
          <w:color w:val="000000"/>
        </w:rPr>
        <w:t xml:space="preserve">, </w:t>
      </w:r>
      <w:r>
        <w:rPr>
          <w:color w:val="000000"/>
        </w:rPr>
        <w:t>관측</w:t>
      </w:r>
      <w:r>
        <w:rPr>
          <w:color w:val="000000"/>
        </w:rPr>
        <w:t xml:space="preserve"> </w:t>
      </w:r>
      <w:r>
        <w:rPr>
          <w:color w:val="000000"/>
        </w:rPr>
        <w:t>비용과</w:t>
      </w:r>
      <w:r>
        <w:rPr>
          <w:color w:val="000000"/>
        </w:rPr>
        <w:t xml:space="preserve"> </w:t>
      </w:r>
      <w:r>
        <w:rPr>
          <w:color w:val="000000"/>
        </w:rPr>
        <w:t>미결</w:t>
      </w:r>
      <w:r>
        <w:rPr>
          <w:color w:val="000000"/>
        </w:rPr>
        <w:t xml:space="preserve"> </w:t>
      </w:r>
      <w:r>
        <w:rPr>
          <w:color w:val="000000"/>
        </w:rPr>
        <w:t>항목을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 xml:space="preserve">. </w:t>
      </w:r>
      <w:r>
        <w:rPr>
          <w:color w:val="000000"/>
        </w:rPr>
        <w:t>기간</w:t>
      </w:r>
      <w:r>
        <w:rPr>
          <w:color w:val="000000"/>
        </w:rPr>
        <w:t xml:space="preserve"> </w:t>
      </w:r>
      <w:r>
        <w:rPr>
          <w:color w:val="000000"/>
        </w:rPr>
        <w:t>합계와</w:t>
      </w:r>
      <w:r>
        <w:rPr>
          <w:color w:val="000000"/>
        </w:rPr>
        <w:t xml:space="preserve"> </w:t>
      </w:r>
      <w:r>
        <w:rPr>
          <w:color w:val="000000"/>
        </w:rPr>
        <w:t>누적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이력은</w:t>
      </w:r>
      <w:r>
        <w:rPr>
          <w:color w:val="000000"/>
        </w:rPr>
        <w:t xml:space="preserve"> </w:t>
      </w:r>
      <w:r>
        <w:rPr>
          <w:color w:val="000000"/>
        </w:rPr>
        <w:t>별도로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6C8EA717" w14:textId="77777777" w:rsidR="00C25814" w:rsidRDefault="004F692B">
      <w:pPr>
        <w:spacing w:after="100" w:line="264" w:lineRule="auto"/>
      </w:pPr>
      <w:r>
        <w:rPr>
          <w:color w:val="000000"/>
        </w:rPr>
        <w:t>남은</w:t>
      </w:r>
      <w:r>
        <w:rPr>
          <w:color w:val="000000"/>
        </w:rPr>
        <w:t xml:space="preserve"> LP </w:t>
      </w:r>
      <w:r>
        <w:rPr>
          <w:color w:val="000000"/>
        </w:rPr>
        <w:t>채무와</w:t>
      </w:r>
      <w:r>
        <w:rPr>
          <w:color w:val="000000"/>
        </w:rPr>
        <w:t xml:space="preserve"> </w:t>
      </w:r>
      <w:r>
        <w:rPr>
          <w:color w:val="000000"/>
        </w:rPr>
        <w:t>늦은</w:t>
      </w:r>
      <w:r>
        <w:rPr>
          <w:color w:val="000000"/>
        </w:rPr>
        <w:t xml:space="preserve"> receipt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거래와</w:t>
      </w:r>
      <w:r>
        <w:rPr>
          <w:color w:val="000000"/>
        </w:rPr>
        <w:t xml:space="preserve"> </w:t>
      </w:r>
      <w:r>
        <w:rPr>
          <w:color w:val="000000"/>
        </w:rPr>
        <w:t>마감</w:t>
      </w:r>
      <w:r>
        <w:rPr>
          <w:color w:val="000000"/>
        </w:rPr>
        <w:t xml:space="preserve"> </w:t>
      </w:r>
      <w:r>
        <w:rPr>
          <w:color w:val="000000"/>
        </w:rPr>
        <w:t>차이에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 xml:space="preserve">.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계약과</w:t>
      </w:r>
      <w:r>
        <w:rPr>
          <w:color w:val="000000"/>
        </w:rPr>
        <w:t xml:space="preserve"> </w:t>
      </w:r>
      <w:r>
        <w:rPr>
          <w:color w:val="000000"/>
        </w:rPr>
        <w:t>수금</w:t>
      </w:r>
      <w:r>
        <w:rPr>
          <w:color w:val="000000"/>
        </w:rPr>
        <w:t xml:space="preserve"> </w:t>
      </w:r>
      <w:r>
        <w:rPr>
          <w:color w:val="000000"/>
        </w:rPr>
        <w:t>근거가</w:t>
      </w:r>
      <w:r>
        <w:rPr>
          <w:color w:val="000000"/>
        </w:rPr>
        <w:t xml:space="preserve"> </w:t>
      </w:r>
      <w:r>
        <w:rPr>
          <w:color w:val="000000"/>
        </w:rPr>
        <w:t>없는</w:t>
      </w:r>
      <w:r>
        <w:rPr>
          <w:color w:val="000000"/>
        </w:rPr>
        <w:t xml:space="preserve"> MOCK </w:t>
      </w:r>
      <w:r>
        <w:rPr>
          <w:color w:val="000000"/>
        </w:rPr>
        <w:t>청구를</w:t>
      </w:r>
      <w:r>
        <w:rPr>
          <w:color w:val="000000"/>
        </w:rPr>
        <w:t xml:space="preserve"> </w:t>
      </w:r>
      <w:r>
        <w:rPr>
          <w:color w:val="000000"/>
        </w:rPr>
        <w:t>확정</w:t>
      </w:r>
      <w:r>
        <w:rPr>
          <w:color w:val="000000"/>
        </w:rPr>
        <w:t xml:space="preserve"> </w:t>
      </w:r>
      <w:r>
        <w:rPr>
          <w:color w:val="000000"/>
        </w:rPr>
        <w:t>수익으로</w:t>
      </w:r>
      <w:r>
        <w:rPr>
          <w:color w:val="000000"/>
        </w:rPr>
        <w:t xml:space="preserve"> </w:t>
      </w:r>
      <w:r>
        <w:rPr>
          <w:color w:val="000000"/>
        </w:rPr>
        <w:t>표시하지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37AD0E7F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보고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기간과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미결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항목을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051202C5" w14:textId="77777777" w:rsidR="00C25814" w:rsidRDefault="004F692B">
      <w:r>
        <w:br w:type="page"/>
      </w:r>
    </w:p>
    <w:p w14:paraId="1F00F0DF" w14:textId="77777777" w:rsidR="00C25814" w:rsidRDefault="004F692B">
      <w:pPr>
        <w:pStyle w:val="1"/>
        <w:spacing w:after="180"/>
      </w:pPr>
      <w:bookmarkStart w:id="13" w:name="scene13"/>
      <w:r>
        <w:lastRenderedPageBreak/>
        <w:t xml:space="preserve">13 </w:t>
      </w:r>
      <w:r>
        <w:t>정산</w:t>
      </w:r>
      <w:r>
        <w:t xml:space="preserve"> </w:t>
      </w:r>
      <w:r>
        <w:t>캘린더</w:t>
      </w:r>
      <w:bookmarkEnd w:id="13"/>
    </w:p>
    <w:p w14:paraId="0225626C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6F3D80AE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유형에서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정산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캘린더</w:t>
      </w:r>
      <w:r>
        <w:rPr>
          <w:color w:val="000000"/>
          <w:sz w:val="20"/>
        </w:rPr>
        <w:t xml:space="preserve"> · D16 </w:t>
      </w:r>
      <w:r>
        <w:rPr>
          <w:color w:val="000000"/>
          <w:sz w:val="20"/>
        </w:rPr>
        <w:t>선택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필드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</w:t>
      </w:r>
      <w:r>
        <w:rPr>
          <w:color w:val="000000"/>
          <w:sz w:val="20"/>
        </w:rPr>
        <w:t>.</w:t>
      </w:r>
    </w:p>
    <w:p w14:paraId="257E7CF0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9AC07C1" wp14:editId="37B24D82">
            <wp:extent cx="5180814" cy="2916000"/>
            <wp:effectExtent l="0" t="0" r="0" b="0"/>
            <wp:docPr id="16" name="Picture 16" descr="저장 화면 13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D8FC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13 · 2026-10-02 · REVIEW</w:t>
      </w:r>
    </w:p>
    <w:p w14:paraId="100FEE34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4E31EC46" w14:textId="77777777" w:rsidR="00C25814" w:rsidRDefault="004F692B">
      <w:pPr>
        <w:spacing w:after="100" w:line="264" w:lineRule="auto"/>
      </w:pPr>
      <w:r>
        <w:rPr>
          <w:color w:val="000000"/>
        </w:rPr>
        <w:t>정산</w:t>
      </w:r>
      <w:r>
        <w:rPr>
          <w:color w:val="000000"/>
        </w:rPr>
        <w:t xml:space="preserve"> </w:t>
      </w:r>
      <w:r>
        <w:rPr>
          <w:color w:val="000000"/>
        </w:rPr>
        <w:t>캘린더는</w:t>
      </w:r>
      <w:r>
        <w:rPr>
          <w:color w:val="000000"/>
        </w:rPr>
        <w:t xml:space="preserve"> </w:t>
      </w:r>
      <w:r>
        <w:rPr>
          <w:color w:val="000000"/>
        </w:rPr>
        <w:t>시간대</w:t>
      </w:r>
      <w:r>
        <w:rPr>
          <w:color w:val="000000"/>
        </w:rPr>
        <w:t xml:space="preserve">, </w:t>
      </w:r>
      <w:r>
        <w:rPr>
          <w:color w:val="000000"/>
        </w:rPr>
        <w:t>영업일</w:t>
      </w:r>
      <w:r>
        <w:rPr>
          <w:color w:val="000000"/>
        </w:rPr>
        <w:t xml:space="preserve">, </w:t>
      </w:r>
      <w:r>
        <w:rPr>
          <w:color w:val="000000"/>
        </w:rPr>
        <w:t>휴일</w:t>
      </w:r>
      <w:r>
        <w:rPr>
          <w:color w:val="000000"/>
        </w:rPr>
        <w:t xml:space="preserve">, </w:t>
      </w:r>
      <w:r>
        <w:rPr>
          <w:color w:val="000000"/>
        </w:rPr>
        <w:t>마감시각과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 </w:t>
      </w:r>
      <w:r>
        <w:rPr>
          <w:color w:val="000000"/>
        </w:rPr>
        <w:t>소요일을</w:t>
      </w:r>
      <w:r>
        <w:rPr>
          <w:color w:val="000000"/>
        </w:rPr>
        <w:t xml:space="preserve"> </w:t>
      </w:r>
      <w:r>
        <w:rPr>
          <w:color w:val="000000"/>
        </w:rPr>
        <w:t>적용합니다</w:t>
      </w:r>
      <w:r>
        <w:rPr>
          <w:color w:val="000000"/>
        </w:rPr>
        <w:t xml:space="preserve">. </w:t>
      </w:r>
      <w:r>
        <w:rPr>
          <w:color w:val="000000"/>
        </w:rPr>
        <w:t>마감</w:t>
      </w:r>
      <w:r>
        <w:rPr>
          <w:color w:val="000000"/>
        </w:rPr>
        <w:t xml:space="preserve"> </w:t>
      </w:r>
      <w:r>
        <w:rPr>
          <w:color w:val="000000"/>
        </w:rPr>
        <w:t>이후</w:t>
      </w:r>
      <w:r>
        <w:rPr>
          <w:color w:val="000000"/>
        </w:rPr>
        <w:t xml:space="preserve"> </w:t>
      </w:r>
      <w:r>
        <w:rPr>
          <w:color w:val="000000"/>
        </w:rPr>
        <w:t>요청이나</w:t>
      </w:r>
      <w:r>
        <w:rPr>
          <w:color w:val="000000"/>
        </w:rPr>
        <w:t xml:space="preserve"> </w:t>
      </w:r>
      <w:r>
        <w:rPr>
          <w:color w:val="000000"/>
        </w:rPr>
        <w:t>휴일은</w:t>
      </w:r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r>
        <w:rPr>
          <w:color w:val="000000"/>
        </w:rPr>
        <w:t>유효</w:t>
      </w:r>
      <w:r>
        <w:rPr>
          <w:color w:val="000000"/>
        </w:rPr>
        <w:t xml:space="preserve"> </w:t>
      </w:r>
      <w:r>
        <w:rPr>
          <w:color w:val="000000"/>
        </w:rPr>
        <w:t>영업일을</w:t>
      </w:r>
      <w:r>
        <w:rPr>
          <w:color w:val="000000"/>
        </w:rPr>
        <w:t xml:space="preserve"> </w:t>
      </w:r>
      <w:r>
        <w:rPr>
          <w:color w:val="000000"/>
        </w:rPr>
        <w:t>기준으로</w:t>
      </w:r>
      <w:r>
        <w:rPr>
          <w:color w:val="000000"/>
        </w:rPr>
        <w:t xml:space="preserve"> </w:t>
      </w:r>
      <w:r>
        <w:rPr>
          <w:color w:val="000000"/>
        </w:rPr>
        <w:t>계산합니다</w:t>
      </w:r>
      <w:r>
        <w:rPr>
          <w:color w:val="000000"/>
        </w:rPr>
        <w:t>.</w:t>
      </w:r>
    </w:p>
    <w:p w14:paraId="6C422549" w14:textId="77777777" w:rsidR="00C25814" w:rsidRDefault="004F692B">
      <w:pPr>
        <w:spacing w:after="100" w:line="264" w:lineRule="auto"/>
      </w:pPr>
      <w:r>
        <w:rPr>
          <w:color w:val="000000"/>
        </w:rPr>
        <w:t>해외</w:t>
      </w:r>
      <w:r>
        <w:rPr>
          <w:color w:val="000000"/>
        </w:rPr>
        <w:t xml:space="preserve"> </w:t>
      </w:r>
      <w:r>
        <w:rPr>
          <w:color w:val="000000"/>
        </w:rPr>
        <w:t>시간대의</w:t>
      </w:r>
      <w:r>
        <w:rPr>
          <w:color w:val="000000"/>
        </w:rPr>
        <w:t xml:space="preserve"> </w:t>
      </w:r>
      <w:r>
        <w:rPr>
          <w:color w:val="000000"/>
        </w:rPr>
        <w:t>일광절약시간도</w:t>
      </w:r>
      <w:r>
        <w:rPr>
          <w:color w:val="000000"/>
        </w:rPr>
        <w:t xml:space="preserve"> </w:t>
      </w:r>
      <w:r>
        <w:rPr>
          <w:color w:val="000000"/>
        </w:rPr>
        <w:t>반영합니다</w:t>
      </w:r>
      <w:r>
        <w:rPr>
          <w:color w:val="000000"/>
        </w:rPr>
        <w:t xml:space="preserve">. </w:t>
      </w:r>
      <w:r>
        <w:rPr>
          <w:color w:val="000000"/>
        </w:rPr>
        <w:t>예정일은</w:t>
      </w:r>
      <w:r>
        <w:rPr>
          <w:color w:val="000000"/>
        </w:rPr>
        <w:t xml:space="preserve"> </w:t>
      </w:r>
      <w:r>
        <w:rPr>
          <w:color w:val="000000"/>
        </w:rPr>
        <w:t>계획이며</w:t>
      </w:r>
      <w:r>
        <w:rPr>
          <w:color w:val="000000"/>
        </w:rPr>
        <w:t xml:space="preserve">, </w:t>
      </w:r>
      <w:r>
        <w:rPr>
          <w:color w:val="000000"/>
        </w:rPr>
        <w:t>날짜가</w:t>
      </w:r>
      <w:r>
        <w:rPr>
          <w:color w:val="000000"/>
        </w:rPr>
        <w:t xml:space="preserve"> </w:t>
      </w:r>
      <w:r>
        <w:rPr>
          <w:color w:val="000000"/>
        </w:rPr>
        <w:t>도달해도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 receipt</w:t>
      </w:r>
      <w:r>
        <w:rPr>
          <w:color w:val="000000"/>
        </w:rPr>
        <w:t>와</w:t>
      </w:r>
      <w:r>
        <w:rPr>
          <w:color w:val="000000"/>
        </w:rPr>
        <w:t xml:space="preserve"> </w:t>
      </w:r>
      <w:r>
        <w:rPr>
          <w:color w:val="000000"/>
        </w:rPr>
        <w:t>대사</w:t>
      </w:r>
      <w:r>
        <w:rPr>
          <w:color w:val="000000"/>
        </w:rPr>
        <w:t xml:space="preserve"> </w:t>
      </w:r>
      <w:r>
        <w:rPr>
          <w:color w:val="000000"/>
        </w:rPr>
        <w:t>근거</w:t>
      </w:r>
      <w:r>
        <w:rPr>
          <w:color w:val="000000"/>
        </w:rPr>
        <w:t xml:space="preserve"> </w:t>
      </w:r>
      <w:r>
        <w:rPr>
          <w:color w:val="000000"/>
        </w:rPr>
        <w:t>없이</w:t>
      </w:r>
      <w:r>
        <w:rPr>
          <w:color w:val="000000"/>
        </w:rPr>
        <w:t xml:space="preserve"> </w:t>
      </w:r>
      <w:r>
        <w:rPr>
          <w:color w:val="000000"/>
        </w:rPr>
        <w:t>완료로</w:t>
      </w:r>
      <w:r>
        <w:rPr>
          <w:color w:val="000000"/>
        </w:rPr>
        <w:t xml:space="preserve"> </w:t>
      </w:r>
      <w:r>
        <w:rPr>
          <w:color w:val="000000"/>
        </w:rPr>
        <w:t>처리하지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409D6099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시간대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마감시각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휴일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조건을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708FA9D1" w14:textId="77777777" w:rsidR="00C25814" w:rsidRDefault="004F692B">
      <w:r>
        <w:br w:type="page"/>
      </w:r>
    </w:p>
    <w:p w14:paraId="5272A7C4" w14:textId="77777777" w:rsidR="00C25814" w:rsidRDefault="004F692B">
      <w:pPr>
        <w:pStyle w:val="1"/>
        <w:spacing w:after="180"/>
      </w:pPr>
      <w:bookmarkStart w:id="14" w:name="scene14"/>
      <w:r>
        <w:lastRenderedPageBreak/>
        <w:t xml:space="preserve">14 </w:t>
      </w:r>
      <w:r>
        <w:t>거래에</w:t>
      </w:r>
      <w:r>
        <w:t xml:space="preserve"> </w:t>
      </w:r>
      <w:r>
        <w:t>고정되는</w:t>
      </w:r>
      <w:r>
        <w:t xml:space="preserve"> </w:t>
      </w:r>
      <w:r>
        <w:t>일정</w:t>
      </w:r>
      <w:bookmarkEnd w:id="14"/>
    </w:p>
    <w:p w14:paraId="139AF953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3B5BA6F1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통합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자금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정산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일정</w:t>
      </w:r>
      <w:r>
        <w:rPr>
          <w:color w:val="000000"/>
          <w:sz w:val="20"/>
        </w:rPr>
        <w:t>.</w:t>
      </w:r>
    </w:p>
    <w:p w14:paraId="46203175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4E543843" wp14:editId="0FFF397C">
            <wp:extent cx="5180814" cy="2916000"/>
            <wp:effectExtent l="0" t="0" r="0" b="0"/>
            <wp:docPr id="17" name="Picture 17" descr="저장 화면 14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64166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14 · 2026-10-02 · REVIEW</w:t>
      </w:r>
    </w:p>
    <w:p w14:paraId="5CD7D579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5F25609E" w14:textId="77777777" w:rsidR="00C25814" w:rsidRDefault="004F692B">
      <w:pPr>
        <w:spacing w:after="100" w:line="264" w:lineRule="auto"/>
      </w:pP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거래는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캘린더의</w:t>
      </w:r>
      <w:r>
        <w:rPr>
          <w:color w:val="000000"/>
        </w:rPr>
        <w:t xml:space="preserve"> </w:t>
      </w:r>
      <w:r>
        <w:rPr>
          <w:color w:val="000000"/>
        </w:rPr>
        <w:t>식별자</w:t>
      </w:r>
      <w:r>
        <w:rPr>
          <w:color w:val="000000"/>
        </w:rPr>
        <w:t xml:space="preserve">, </w:t>
      </w:r>
      <w:r>
        <w:rPr>
          <w:color w:val="000000"/>
        </w:rPr>
        <w:t>버전</w:t>
      </w:r>
      <w:r>
        <w:rPr>
          <w:color w:val="000000"/>
        </w:rPr>
        <w:t xml:space="preserve">, hash, </w:t>
      </w:r>
      <w:r>
        <w:rPr>
          <w:color w:val="000000"/>
        </w:rPr>
        <w:t>기준시각과</w:t>
      </w:r>
      <w:r>
        <w:rPr>
          <w:color w:val="000000"/>
        </w:rPr>
        <w:t xml:space="preserve"> </w:t>
      </w:r>
      <w:r>
        <w:rPr>
          <w:color w:val="000000"/>
        </w:rPr>
        <w:t>예정일을</w:t>
      </w:r>
      <w:r>
        <w:rPr>
          <w:color w:val="000000"/>
        </w:rPr>
        <w:t xml:space="preserve"> </w:t>
      </w:r>
      <w:r>
        <w:rPr>
          <w:color w:val="000000"/>
        </w:rPr>
        <w:t>견적</w:t>
      </w:r>
      <w:r>
        <w:rPr>
          <w:color w:val="000000"/>
        </w:rPr>
        <w:t>·</w:t>
      </w:r>
      <w:r>
        <w:rPr>
          <w:color w:val="000000"/>
        </w:rPr>
        <w:t>승인에</w:t>
      </w:r>
      <w:r>
        <w:rPr>
          <w:color w:val="000000"/>
        </w:rPr>
        <w:t xml:space="preserve"> </w:t>
      </w:r>
      <w:r>
        <w:rPr>
          <w:color w:val="000000"/>
        </w:rPr>
        <w:t>고정합니다</w:t>
      </w:r>
      <w:r>
        <w:rPr>
          <w:color w:val="000000"/>
        </w:rPr>
        <w:t xml:space="preserve">. </w:t>
      </w:r>
      <w:r>
        <w:rPr>
          <w:color w:val="000000"/>
        </w:rPr>
        <w:t>캘린더가</w:t>
      </w:r>
      <w:r>
        <w:rPr>
          <w:color w:val="000000"/>
        </w:rPr>
        <w:t xml:space="preserve"> </w:t>
      </w:r>
      <w:r>
        <w:rPr>
          <w:color w:val="000000"/>
        </w:rPr>
        <w:t>변경되어도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일정은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</w:t>
      </w:r>
    </w:p>
    <w:p w14:paraId="37F86930" w14:textId="77777777" w:rsidR="00C25814" w:rsidRDefault="004F692B">
      <w:pPr>
        <w:spacing w:after="100" w:line="264" w:lineRule="auto"/>
      </w:pP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버전은</w:t>
      </w:r>
      <w:r>
        <w:rPr>
          <w:color w:val="000000"/>
        </w:rPr>
        <w:t xml:space="preserve"> </w:t>
      </w:r>
      <w:r>
        <w:rPr>
          <w:color w:val="000000"/>
        </w:rPr>
        <w:t>이후</w:t>
      </w:r>
      <w:r>
        <w:rPr>
          <w:color w:val="000000"/>
        </w:rPr>
        <w:t xml:space="preserve"> </w:t>
      </w: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요청에</w:t>
      </w:r>
      <w:r>
        <w:rPr>
          <w:color w:val="000000"/>
        </w:rPr>
        <w:t xml:space="preserve"> </w:t>
      </w:r>
      <w:r>
        <w:rPr>
          <w:color w:val="000000"/>
        </w:rPr>
        <w:t>적용합니다</w:t>
      </w:r>
      <w:r>
        <w:rPr>
          <w:color w:val="000000"/>
        </w:rPr>
        <w:t xml:space="preserve">. </w:t>
      </w:r>
      <w:r>
        <w:rPr>
          <w:color w:val="000000"/>
        </w:rPr>
        <w:t>과거</w:t>
      </w:r>
      <w:r>
        <w:rPr>
          <w:color w:val="000000"/>
        </w:rPr>
        <w:t xml:space="preserve"> </w:t>
      </w:r>
      <w:r>
        <w:rPr>
          <w:color w:val="000000"/>
        </w:rPr>
        <w:t>기록에</w:t>
      </w:r>
      <w:r>
        <w:rPr>
          <w:color w:val="000000"/>
        </w:rPr>
        <w:t xml:space="preserve"> </w:t>
      </w:r>
      <w:r>
        <w:rPr>
          <w:color w:val="000000"/>
        </w:rPr>
        <w:t>없는</w:t>
      </w:r>
      <w:r>
        <w:rPr>
          <w:color w:val="000000"/>
        </w:rPr>
        <w:t xml:space="preserve"> snapshot</w:t>
      </w:r>
      <w:r>
        <w:rPr>
          <w:color w:val="000000"/>
        </w:rPr>
        <w:t>을</w:t>
      </w:r>
      <w:r>
        <w:rPr>
          <w:color w:val="000000"/>
        </w:rPr>
        <w:t xml:space="preserve"> </w:t>
      </w:r>
      <w:r>
        <w:rPr>
          <w:color w:val="000000"/>
        </w:rPr>
        <w:t>소급해</w:t>
      </w:r>
      <w:r>
        <w:rPr>
          <w:color w:val="000000"/>
        </w:rPr>
        <w:t xml:space="preserve"> </w:t>
      </w:r>
      <w:r>
        <w:rPr>
          <w:color w:val="000000"/>
        </w:rPr>
        <w:t>붙이지</w:t>
      </w:r>
      <w:r>
        <w:rPr>
          <w:color w:val="000000"/>
        </w:rPr>
        <w:t xml:space="preserve"> </w:t>
      </w:r>
      <w:r>
        <w:rPr>
          <w:color w:val="000000"/>
        </w:rPr>
        <w:t>않으며</w:t>
      </w:r>
      <w:r>
        <w:rPr>
          <w:color w:val="000000"/>
        </w:rPr>
        <w:t xml:space="preserve">, </w:t>
      </w:r>
      <w:r>
        <w:rPr>
          <w:color w:val="000000"/>
        </w:rPr>
        <w:t>미확인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복구도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승인과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일정을</w:t>
      </w:r>
      <w:r>
        <w:rPr>
          <w:color w:val="000000"/>
        </w:rPr>
        <w:t xml:space="preserve"> </w:t>
      </w:r>
      <w:r>
        <w:rPr>
          <w:color w:val="000000"/>
        </w:rPr>
        <w:t>사용합니다</w:t>
      </w:r>
      <w:r>
        <w:rPr>
          <w:color w:val="000000"/>
        </w:rPr>
        <w:t>.</w:t>
      </w:r>
    </w:p>
    <w:p w14:paraId="4FE81D78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적용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버전과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기준시각을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6BF65EE" w14:textId="77777777" w:rsidR="00C25814" w:rsidRDefault="004F692B">
      <w:r>
        <w:br w:type="page"/>
      </w:r>
    </w:p>
    <w:p w14:paraId="47B60D10" w14:textId="77777777" w:rsidR="00C25814" w:rsidRDefault="004F692B">
      <w:pPr>
        <w:pStyle w:val="1"/>
        <w:spacing w:after="180"/>
      </w:pPr>
      <w:bookmarkStart w:id="15" w:name="scene15"/>
      <w:r>
        <w:lastRenderedPageBreak/>
        <w:t xml:space="preserve">15 LP </w:t>
      </w:r>
      <w:r>
        <w:t>약정과</w:t>
      </w:r>
      <w:r>
        <w:t xml:space="preserve"> </w:t>
      </w:r>
      <w:r>
        <w:t>기간비용</w:t>
      </w:r>
      <w:bookmarkEnd w:id="15"/>
    </w:p>
    <w:p w14:paraId="2E200218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1CFD200C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유형에서</w:t>
      </w:r>
      <w:r>
        <w:rPr>
          <w:color w:val="000000"/>
          <w:sz w:val="20"/>
        </w:rPr>
        <w:t xml:space="preserve"> LP </w:t>
      </w:r>
      <w:r>
        <w:rPr>
          <w:color w:val="000000"/>
          <w:sz w:val="20"/>
        </w:rPr>
        <w:t>약정</w:t>
      </w:r>
      <w:r>
        <w:rPr>
          <w:color w:val="000000"/>
          <w:sz w:val="20"/>
        </w:rPr>
        <w:t xml:space="preserve"> · D17 </w:t>
      </w:r>
      <w:r>
        <w:rPr>
          <w:color w:val="000000"/>
          <w:sz w:val="20"/>
        </w:rPr>
        <w:t>선택</w:t>
      </w:r>
      <w:r>
        <w:rPr>
          <w:color w:val="000000"/>
          <w:sz w:val="20"/>
        </w:rPr>
        <w:t>.</w:t>
      </w:r>
    </w:p>
    <w:p w14:paraId="35C33138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4D4D070A" wp14:editId="1F13DEEE">
            <wp:extent cx="5180814" cy="2916000"/>
            <wp:effectExtent l="0" t="0" r="0" b="0"/>
            <wp:docPr id="18" name="Picture 18" descr="저장 화면 15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086A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15 · 2026-10-02 · REVIEW</w:t>
      </w:r>
    </w:p>
    <w:p w14:paraId="79038087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1666B9D3" w14:textId="77777777" w:rsidR="00C25814" w:rsidRDefault="004F692B">
      <w:pPr>
        <w:spacing w:after="100" w:line="264" w:lineRule="auto"/>
      </w:pPr>
      <w:r>
        <w:rPr>
          <w:color w:val="000000"/>
        </w:rPr>
        <w:t xml:space="preserve">LP </w:t>
      </w:r>
      <w:r>
        <w:rPr>
          <w:color w:val="000000"/>
        </w:rPr>
        <w:t>약정은</w:t>
      </w:r>
      <w:r>
        <w:rPr>
          <w:color w:val="000000"/>
        </w:rPr>
        <w:t xml:space="preserve"> </w:t>
      </w:r>
      <w:r>
        <w:rPr>
          <w:color w:val="000000"/>
        </w:rPr>
        <w:t>상대방</w:t>
      </w:r>
      <w:r>
        <w:rPr>
          <w:color w:val="000000"/>
        </w:rPr>
        <w:t xml:space="preserve">, </w:t>
      </w:r>
      <w:r>
        <w:rPr>
          <w:color w:val="000000"/>
        </w:rPr>
        <w:t>원금</w:t>
      </w:r>
      <w:r>
        <w:rPr>
          <w:color w:val="000000"/>
        </w:rPr>
        <w:t xml:space="preserve"> </w:t>
      </w:r>
      <w:r>
        <w:rPr>
          <w:color w:val="000000"/>
        </w:rPr>
        <w:t>한도</w:t>
      </w:r>
      <w:r>
        <w:rPr>
          <w:color w:val="000000"/>
        </w:rPr>
        <w:t xml:space="preserve">, </w:t>
      </w:r>
      <w:r>
        <w:rPr>
          <w:color w:val="000000"/>
        </w:rPr>
        <w:t>유효기간과</w:t>
      </w:r>
      <w:r>
        <w:rPr>
          <w:color w:val="000000"/>
        </w:rPr>
        <w:t xml:space="preserve"> </w:t>
      </w:r>
      <w:r>
        <w:rPr>
          <w:color w:val="000000"/>
        </w:rPr>
        <w:t>비용</w:t>
      </w:r>
      <w:r>
        <w:rPr>
          <w:color w:val="000000"/>
        </w:rPr>
        <w:t xml:space="preserve"> </w:t>
      </w:r>
      <w:r>
        <w:rPr>
          <w:color w:val="000000"/>
        </w:rPr>
        <w:t>산정</w:t>
      </w:r>
      <w:r>
        <w:rPr>
          <w:color w:val="000000"/>
        </w:rPr>
        <w:t xml:space="preserve"> </w:t>
      </w:r>
      <w:r>
        <w:rPr>
          <w:color w:val="000000"/>
        </w:rPr>
        <w:t>기준을</w:t>
      </w:r>
      <w:r>
        <w:rPr>
          <w:color w:val="000000"/>
        </w:rPr>
        <w:t xml:space="preserve"> </w:t>
      </w:r>
      <w:r>
        <w:rPr>
          <w:color w:val="000000"/>
        </w:rPr>
        <w:t>연결합니다</w:t>
      </w:r>
      <w:r>
        <w:rPr>
          <w:color w:val="000000"/>
        </w:rPr>
        <w:t xml:space="preserve">. </w:t>
      </w:r>
      <w:r>
        <w:rPr>
          <w:color w:val="000000"/>
        </w:rPr>
        <w:t>거래는</w:t>
      </w:r>
      <w:r>
        <w:rPr>
          <w:color w:val="000000"/>
        </w:rPr>
        <w:t xml:space="preserve"> </w:t>
      </w:r>
      <w:r>
        <w:rPr>
          <w:color w:val="000000"/>
        </w:rPr>
        <w:t>적용</w:t>
      </w:r>
      <w:r>
        <w:rPr>
          <w:color w:val="000000"/>
        </w:rPr>
        <w:t xml:space="preserve"> </w:t>
      </w:r>
      <w:r>
        <w:rPr>
          <w:color w:val="000000"/>
        </w:rPr>
        <w:t>약정</w:t>
      </w:r>
      <w:r>
        <w:rPr>
          <w:color w:val="000000"/>
        </w:rPr>
        <w:t xml:space="preserve"> </w:t>
      </w:r>
      <w:r>
        <w:rPr>
          <w:color w:val="000000"/>
        </w:rPr>
        <w:t>버전과</w:t>
      </w:r>
      <w:r>
        <w:rPr>
          <w:color w:val="000000"/>
        </w:rPr>
        <w:t xml:space="preserve"> </w:t>
      </w:r>
      <w:r>
        <w:rPr>
          <w:color w:val="000000"/>
        </w:rPr>
        <w:t>비용</w:t>
      </w:r>
      <w:r>
        <w:rPr>
          <w:color w:val="000000"/>
        </w:rPr>
        <w:t xml:space="preserve"> </w:t>
      </w:r>
      <w:r>
        <w:rPr>
          <w:color w:val="000000"/>
        </w:rPr>
        <w:t>기간을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</w:t>
      </w:r>
    </w:p>
    <w:p w14:paraId="7DF39403" w14:textId="77777777" w:rsidR="00C25814" w:rsidRDefault="004F692B">
      <w:pPr>
        <w:spacing w:after="100" w:line="264" w:lineRule="auto"/>
      </w:pPr>
      <w:r>
        <w:rPr>
          <w:color w:val="000000"/>
        </w:rPr>
        <w:t>원금</w:t>
      </w:r>
      <w:r>
        <w:rPr>
          <w:color w:val="000000"/>
        </w:rPr>
        <w:t xml:space="preserve">, </w:t>
      </w:r>
      <w:r>
        <w:rPr>
          <w:color w:val="000000"/>
        </w:rPr>
        <w:t>비용</w:t>
      </w:r>
      <w:r>
        <w:rPr>
          <w:color w:val="000000"/>
        </w:rPr>
        <w:t xml:space="preserve">, </w:t>
      </w:r>
      <w:r>
        <w:rPr>
          <w:color w:val="000000"/>
        </w:rPr>
        <w:t>부분</w:t>
      </w:r>
      <w:r>
        <w:rPr>
          <w:color w:val="000000"/>
        </w:rPr>
        <w:t xml:space="preserve"> </w:t>
      </w:r>
      <w:r>
        <w:rPr>
          <w:color w:val="000000"/>
        </w:rPr>
        <w:t>상환과</w:t>
      </w:r>
      <w:r>
        <w:rPr>
          <w:color w:val="000000"/>
        </w:rPr>
        <w:t xml:space="preserve"> </w:t>
      </w:r>
      <w:r>
        <w:rPr>
          <w:color w:val="000000"/>
        </w:rPr>
        <w:t>잔여</w:t>
      </w:r>
      <w:r>
        <w:rPr>
          <w:color w:val="000000"/>
        </w:rPr>
        <w:t xml:space="preserve"> </w:t>
      </w:r>
      <w:r>
        <w:rPr>
          <w:color w:val="000000"/>
        </w:rPr>
        <w:t>채무를</w:t>
      </w:r>
      <w:r>
        <w:rPr>
          <w:color w:val="000000"/>
        </w:rPr>
        <w:t xml:space="preserve"> </w:t>
      </w:r>
      <w:r>
        <w:rPr>
          <w:color w:val="000000"/>
        </w:rPr>
        <w:t>정수</w:t>
      </w:r>
      <w:r>
        <w:rPr>
          <w:color w:val="000000"/>
        </w:rPr>
        <w:t xml:space="preserve"> </w:t>
      </w:r>
      <w:r>
        <w:rPr>
          <w:color w:val="000000"/>
        </w:rPr>
        <w:t>최소단위로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 xml:space="preserve">. </w:t>
      </w:r>
      <w:r>
        <w:rPr>
          <w:color w:val="000000"/>
        </w:rPr>
        <w:t>화면의</w:t>
      </w:r>
      <w:r>
        <w:rPr>
          <w:color w:val="000000"/>
        </w:rPr>
        <w:t xml:space="preserve"> UNCONFIRMED·MOCK </w:t>
      </w:r>
      <w:r>
        <w:rPr>
          <w:color w:val="000000"/>
        </w:rPr>
        <w:t>약정은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체결</w:t>
      </w:r>
      <w:r>
        <w:rPr>
          <w:color w:val="000000"/>
        </w:rPr>
        <w:t xml:space="preserve"> </w:t>
      </w:r>
      <w:r>
        <w:rPr>
          <w:color w:val="000000"/>
        </w:rPr>
        <w:t>계약이나</w:t>
      </w:r>
      <w:r>
        <w:rPr>
          <w:color w:val="000000"/>
        </w:rPr>
        <w:t xml:space="preserve"> </w:t>
      </w:r>
      <w:r>
        <w:rPr>
          <w:color w:val="000000"/>
        </w:rPr>
        <w:t>확정된</w:t>
      </w:r>
      <w:r>
        <w:rPr>
          <w:color w:val="000000"/>
        </w:rPr>
        <w:t xml:space="preserve"> </w:t>
      </w:r>
      <w:r>
        <w:rPr>
          <w:color w:val="000000"/>
        </w:rPr>
        <w:t>손실</w:t>
      </w:r>
      <w:r>
        <w:rPr>
          <w:color w:val="000000"/>
        </w:rPr>
        <w:t xml:space="preserve"> </w:t>
      </w:r>
      <w:r>
        <w:rPr>
          <w:color w:val="000000"/>
        </w:rPr>
        <w:t>책임을</w:t>
      </w:r>
      <w:r>
        <w:rPr>
          <w:color w:val="000000"/>
        </w:rPr>
        <w:t xml:space="preserve"> </w:t>
      </w:r>
      <w:r>
        <w:rPr>
          <w:color w:val="000000"/>
        </w:rPr>
        <w:t>뜻하지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0482386C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약정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비용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산정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기간을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2BB2822" w14:textId="77777777" w:rsidR="00C25814" w:rsidRDefault="004F692B">
      <w:r>
        <w:br w:type="page"/>
      </w:r>
    </w:p>
    <w:p w14:paraId="30FF49DD" w14:textId="77777777" w:rsidR="00C25814" w:rsidRDefault="004F692B">
      <w:pPr>
        <w:pStyle w:val="1"/>
        <w:spacing w:after="180"/>
      </w:pPr>
      <w:bookmarkStart w:id="16" w:name="scene16"/>
      <w:r>
        <w:lastRenderedPageBreak/>
        <w:t xml:space="preserve">16 </w:t>
      </w:r>
      <w:r>
        <w:t>설정의</w:t>
      </w:r>
      <w:r>
        <w:t xml:space="preserve"> </w:t>
      </w:r>
      <w:r>
        <w:t>승인과</w:t>
      </w:r>
      <w:r>
        <w:t xml:space="preserve"> </w:t>
      </w:r>
      <w:r>
        <w:t>적용</w:t>
      </w:r>
      <w:bookmarkEnd w:id="16"/>
    </w:p>
    <w:p w14:paraId="4CC16EE3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33C7DEDF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버전</w:t>
      </w:r>
      <w:r>
        <w:rPr>
          <w:color w:val="000000"/>
          <w:sz w:val="20"/>
        </w:rPr>
        <w:t>.</w:t>
      </w:r>
    </w:p>
    <w:p w14:paraId="15BDD3C7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85C1133" wp14:editId="5F0CA8F8">
            <wp:extent cx="5180814" cy="2916000"/>
            <wp:effectExtent l="0" t="0" r="0" b="0"/>
            <wp:docPr id="19" name="Picture 19" descr="저장 화면 16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226B3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16 · 2026-10-02 · REVIEW</w:t>
      </w:r>
    </w:p>
    <w:p w14:paraId="6C437DB6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743AA367" w14:textId="77777777" w:rsidR="00C25814" w:rsidRDefault="004F692B">
      <w:pPr>
        <w:spacing w:after="100" w:line="264" w:lineRule="auto"/>
      </w:pPr>
      <w:r>
        <w:rPr>
          <w:color w:val="000000"/>
        </w:rPr>
        <w:t>설정은</w:t>
      </w:r>
      <w:r>
        <w:rPr>
          <w:color w:val="000000"/>
        </w:rPr>
        <w:t xml:space="preserve"> </w:t>
      </w:r>
      <w:r>
        <w:rPr>
          <w:color w:val="000000"/>
        </w:rPr>
        <w:t>초안</w:t>
      </w:r>
      <w:r>
        <w:rPr>
          <w:color w:val="000000"/>
        </w:rPr>
        <w:t xml:space="preserve"> </w:t>
      </w:r>
      <w:r>
        <w:rPr>
          <w:color w:val="000000"/>
        </w:rPr>
        <w:t>작성</w:t>
      </w:r>
      <w:r>
        <w:rPr>
          <w:color w:val="000000"/>
        </w:rPr>
        <w:t xml:space="preserve">, </w:t>
      </w:r>
      <w:r>
        <w:rPr>
          <w:color w:val="000000"/>
        </w:rPr>
        <w:t>검증</w:t>
      </w:r>
      <w:r>
        <w:rPr>
          <w:color w:val="000000"/>
        </w:rPr>
        <w:t xml:space="preserve">, </w:t>
      </w:r>
      <w:r>
        <w:rPr>
          <w:color w:val="000000"/>
        </w:rPr>
        <w:t>제출</w:t>
      </w:r>
      <w:r>
        <w:rPr>
          <w:color w:val="000000"/>
        </w:rPr>
        <w:t xml:space="preserve">,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승인과</w:t>
      </w:r>
      <w:r>
        <w:rPr>
          <w:color w:val="000000"/>
        </w:rPr>
        <w:t xml:space="preserve"> </w:t>
      </w:r>
      <w:r>
        <w:rPr>
          <w:color w:val="000000"/>
        </w:rPr>
        <w:t>활성화를</w:t>
      </w:r>
      <w:r>
        <w:rPr>
          <w:color w:val="000000"/>
        </w:rPr>
        <w:t xml:space="preserve"> </w:t>
      </w:r>
      <w:r>
        <w:rPr>
          <w:color w:val="000000"/>
        </w:rPr>
        <w:t>거쳐</w:t>
      </w:r>
      <w:r>
        <w:rPr>
          <w:color w:val="000000"/>
        </w:rPr>
        <w:t xml:space="preserve"> </w:t>
      </w:r>
      <w:r>
        <w:rPr>
          <w:color w:val="000000"/>
        </w:rPr>
        <w:t>적용됩니다</w:t>
      </w:r>
      <w:r>
        <w:rPr>
          <w:color w:val="000000"/>
        </w:rPr>
        <w:t xml:space="preserve">. </w:t>
      </w:r>
      <w:r>
        <w:rPr>
          <w:color w:val="000000"/>
        </w:rPr>
        <w:t>변경</w:t>
      </w:r>
      <w:r>
        <w:rPr>
          <w:color w:val="000000"/>
        </w:rPr>
        <w:t xml:space="preserve"> </w:t>
      </w:r>
      <w:r>
        <w:rPr>
          <w:color w:val="000000"/>
        </w:rPr>
        <w:t>범위와</w:t>
      </w:r>
      <w:r>
        <w:rPr>
          <w:color w:val="000000"/>
        </w:rPr>
        <w:t xml:space="preserve"> </w:t>
      </w:r>
      <w:r>
        <w:rPr>
          <w:color w:val="000000"/>
        </w:rPr>
        <w:t>이전</w:t>
      </w:r>
      <w:r>
        <w:rPr>
          <w:color w:val="000000"/>
        </w:rPr>
        <w:t xml:space="preserve"> </w:t>
      </w:r>
      <w:r>
        <w:rPr>
          <w:color w:val="000000"/>
        </w:rPr>
        <w:t>버전의</w:t>
      </w:r>
      <w:r>
        <w:rPr>
          <w:color w:val="000000"/>
        </w:rPr>
        <w:t xml:space="preserve"> </w:t>
      </w:r>
      <w:r>
        <w:rPr>
          <w:color w:val="000000"/>
        </w:rPr>
        <w:t>차이를</w:t>
      </w:r>
      <w:r>
        <w:rPr>
          <w:color w:val="000000"/>
        </w:rPr>
        <w:t xml:space="preserve"> </w:t>
      </w:r>
      <w:r>
        <w:rPr>
          <w:color w:val="000000"/>
        </w:rPr>
        <w:t>확인할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089BA307" w14:textId="77777777" w:rsidR="00C25814" w:rsidRDefault="004F692B">
      <w:pPr>
        <w:spacing w:after="100" w:line="264" w:lineRule="auto"/>
      </w:pPr>
      <w:r>
        <w:rPr>
          <w:color w:val="000000"/>
        </w:rPr>
        <w:t>제출</w:t>
      </w:r>
      <w:r>
        <w:rPr>
          <w:color w:val="000000"/>
        </w:rPr>
        <w:t xml:space="preserve"> </w:t>
      </w:r>
      <w:r>
        <w:rPr>
          <w:color w:val="000000"/>
        </w:rPr>
        <w:t>당시의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정책과</w:t>
      </w:r>
      <w:r>
        <w:rPr>
          <w:color w:val="000000"/>
        </w:rPr>
        <w:t xml:space="preserve"> </w:t>
      </w:r>
      <w:r>
        <w:rPr>
          <w:color w:val="000000"/>
        </w:rPr>
        <w:t>정족수를</w:t>
      </w:r>
      <w:r>
        <w:rPr>
          <w:color w:val="000000"/>
        </w:rPr>
        <w:t xml:space="preserve"> </w:t>
      </w:r>
      <w:r>
        <w:rPr>
          <w:color w:val="000000"/>
        </w:rPr>
        <w:t>유지합니다</w:t>
      </w:r>
      <w:r>
        <w:rPr>
          <w:color w:val="000000"/>
        </w:rPr>
        <w:t xml:space="preserve">. </w:t>
      </w:r>
      <w:r>
        <w:rPr>
          <w:color w:val="000000"/>
        </w:rPr>
        <w:t>자기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, </w:t>
      </w:r>
      <w:r>
        <w:rPr>
          <w:color w:val="000000"/>
        </w:rPr>
        <w:t>만료된</w:t>
      </w:r>
      <w:r>
        <w:rPr>
          <w:color w:val="000000"/>
        </w:rPr>
        <w:t xml:space="preserve"> </w:t>
      </w:r>
      <w:r>
        <w:rPr>
          <w:color w:val="000000"/>
        </w:rPr>
        <w:t>승인과</w:t>
      </w:r>
      <w:r>
        <w:rPr>
          <w:color w:val="000000"/>
        </w:rPr>
        <w:t xml:space="preserve"> </w:t>
      </w:r>
      <w:r>
        <w:rPr>
          <w:color w:val="000000"/>
        </w:rPr>
        <w:t>다른</w:t>
      </w:r>
      <w:r>
        <w:rPr>
          <w:color w:val="000000"/>
        </w:rPr>
        <w:t xml:space="preserve"> </w:t>
      </w:r>
      <w:r>
        <w:rPr>
          <w:color w:val="000000"/>
        </w:rPr>
        <w:t>소속</w:t>
      </w:r>
      <w:r>
        <w:rPr>
          <w:color w:val="000000"/>
        </w:rPr>
        <w:t xml:space="preserve"> </w:t>
      </w:r>
      <w:r>
        <w:rPr>
          <w:color w:val="000000"/>
        </w:rPr>
        <w:t>범위의</w:t>
      </w:r>
      <w:r>
        <w:rPr>
          <w:color w:val="000000"/>
        </w:rPr>
        <w:t xml:space="preserve"> </w:t>
      </w:r>
      <w:r>
        <w:rPr>
          <w:color w:val="000000"/>
        </w:rPr>
        <w:t>승인은</w:t>
      </w:r>
      <w:r>
        <w:rPr>
          <w:color w:val="000000"/>
        </w:rPr>
        <w:t xml:space="preserve"> </w:t>
      </w:r>
      <w:r>
        <w:rPr>
          <w:color w:val="000000"/>
        </w:rPr>
        <w:t>거절하며</w:t>
      </w:r>
      <w:r>
        <w:rPr>
          <w:color w:val="000000"/>
        </w:rPr>
        <w:t xml:space="preserve"> </w:t>
      </w:r>
      <w:r>
        <w:rPr>
          <w:color w:val="000000"/>
        </w:rPr>
        <w:t>변경은</w:t>
      </w:r>
      <w:r>
        <w:rPr>
          <w:color w:val="000000"/>
        </w:rPr>
        <w:t xml:space="preserve"> </w:t>
      </w: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요청에</w:t>
      </w:r>
      <w:r>
        <w:rPr>
          <w:color w:val="000000"/>
        </w:rPr>
        <w:t xml:space="preserve"> </w:t>
      </w:r>
      <w:r>
        <w:rPr>
          <w:color w:val="000000"/>
        </w:rPr>
        <w:t>적용합니다</w:t>
      </w:r>
      <w:r>
        <w:rPr>
          <w:color w:val="000000"/>
        </w:rPr>
        <w:t>.</w:t>
      </w:r>
    </w:p>
    <w:p w14:paraId="55C9F9B7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초안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활성화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구분합니다</w:t>
      </w:r>
      <w:r>
        <w:rPr>
          <w:color w:val="000000"/>
          <w:sz w:val="20"/>
        </w:rPr>
        <w:t>.</w:t>
      </w:r>
    </w:p>
    <w:p w14:paraId="407DC7D5" w14:textId="77777777" w:rsidR="00C25814" w:rsidRDefault="004F692B">
      <w:r>
        <w:br w:type="page"/>
      </w:r>
    </w:p>
    <w:p w14:paraId="346814DD" w14:textId="77777777" w:rsidR="00C25814" w:rsidRDefault="004F692B">
      <w:pPr>
        <w:pStyle w:val="1"/>
        <w:spacing w:after="180"/>
      </w:pPr>
      <w:bookmarkStart w:id="17" w:name="scene17"/>
      <w:r>
        <w:lastRenderedPageBreak/>
        <w:t xml:space="preserve">17 </w:t>
      </w:r>
      <w:r>
        <w:t>업무</w:t>
      </w:r>
      <w:r>
        <w:t xml:space="preserve"> </w:t>
      </w:r>
      <w:r>
        <w:t>준비</w:t>
      </w:r>
      <w:r>
        <w:t xml:space="preserve"> </w:t>
      </w:r>
      <w:r>
        <w:t>순서</w:t>
      </w:r>
      <w:bookmarkEnd w:id="17"/>
    </w:p>
    <w:p w14:paraId="17F53E00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36584611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마법사</w:t>
      </w:r>
      <w:r>
        <w:rPr>
          <w:color w:val="000000"/>
          <w:sz w:val="20"/>
        </w:rPr>
        <w:t>.</w:t>
      </w:r>
    </w:p>
    <w:p w14:paraId="7384B943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03BB0AF6" wp14:editId="39A0432E">
            <wp:extent cx="5180814" cy="2916000"/>
            <wp:effectExtent l="0" t="0" r="0" b="0"/>
            <wp:docPr id="20" name="Picture 20" descr="저장 화면 17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3D4B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17 · 2026-10-02 · REVIEW</w:t>
      </w:r>
    </w:p>
    <w:p w14:paraId="14704D20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334B872A" w14:textId="77777777" w:rsidR="00C25814" w:rsidRDefault="004F692B">
      <w:pPr>
        <w:spacing w:after="100" w:line="264" w:lineRule="auto"/>
      </w:pPr>
      <w:r>
        <w:rPr>
          <w:color w:val="000000"/>
        </w:rPr>
        <w:t>설정</w:t>
      </w:r>
      <w:r>
        <w:rPr>
          <w:color w:val="000000"/>
        </w:rPr>
        <w:t xml:space="preserve"> </w:t>
      </w:r>
      <w:r>
        <w:rPr>
          <w:color w:val="000000"/>
        </w:rPr>
        <w:t>마법사는</w:t>
      </w:r>
      <w:r>
        <w:rPr>
          <w:color w:val="000000"/>
        </w:rPr>
        <w:t xml:space="preserve"> </w:t>
      </w:r>
      <w:r>
        <w:rPr>
          <w:color w:val="000000"/>
        </w:rPr>
        <w:t>기관</w:t>
      </w:r>
      <w:r>
        <w:rPr>
          <w:color w:val="000000"/>
        </w:rPr>
        <w:t xml:space="preserve">, </w:t>
      </w:r>
      <w:r>
        <w:rPr>
          <w:color w:val="000000"/>
        </w:rPr>
        <w:t>권한</w:t>
      </w:r>
      <w:r>
        <w:rPr>
          <w:color w:val="000000"/>
        </w:rPr>
        <w:t xml:space="preserve">, </w:t>
      </w:r>
      <w:r>
        <w:rPr>
          <w:color w:val="000000"/>
        </w:rPr>
        <w:t>공급자</w:t>
      </w:r>
      <w:r>
        <w:rPr>
          <w:color w:val="000000"/>
        </w:rPr>
        <w:t xml:space="preserve">, </w:t>
      </w:r>
      <w:r>
        <w:rPr>
          <w:color w:val="000000"/>
        </w:rPr>
        <w:t>경로</w:t>
      </w:r>
      <w:r>
        <w:rPr>
          <w:color w:val="000000"/>
        </w:rPr>
        <w:t xml:space="preserve">, </w:t>
      </w:r>
      <w:r>
        <w:rPr>
          <w:color w:val="000000"/>
        </w:rPr>
        <w:t>견적과</w:t>
      </w:r>
      <w:r>
        <w:rPr>
          <w:color w:val="000000"/>
        </w:rPr>
        <w:t xml:space="preserve"> </w:t>
      </w:r>
      <w:r>
        <w:rPr>
          <w:color w:val="000000"/>
        </w:rPr>
        <w:t>승인에</w:t>
      </w:r>
      <w:r>
        <w:rPr>
          <w:color w:val="000000"/>
        </w:rPr>
        <w:t xml:space="preserve"> </w:t>
      </w:r>
      <w:r>
        <w:rPr>
          <w:color w:val="000000"/>
        </w:rPr>
        <w:t>필요한</w:t>
      </w:r>
      <w:r>
        <w:rPr>
          <w:color w:val="000000"/>
        </w:rPr>
        <w:t xml:space="preserve"> </w:t>
      </w:r>
      <w:r>
        <w:rPr>
          <w:color w:val="000000"/>
        </w:rPr>
        <w:t>준비</w:t>
      </w:r>
      <w:r>
        <w:rPr>
          <w:color w:val="000000"/>
        </w:rPr>
        <w:t xml:space="preserve"> </w:t>
      </w:r>
      <w:r>
        <w:rPr>
          <w:color w:val="000000"/>
        </w:rPr>
        <w:t>순서를</w:t>
      </w:r>
      <w:r>
        <w:rPr>
          <w:color w:val="000000"/>
        </w:rPr>
        <w:t xml:space="preserve"> </w:t>
      </w:r>
      <w:r>
        <w:rPr>
          <w:color w:val="000000"/>
        </w:rPr>
        <w:t>보여</w:t>
      </w:r>
      <w:r>
        <w:rPr>
          <w:color w:val="000000"/>
        </w:rPr>
        <w:t xml:space="preserve"> </w:t>
      </w:r>
      <w:r>
        <w:rPr>
          <w:color w:val="000000"/>
        </w:rPr>
        <w:t>줍니다</w:t>
      </w:r>
      <w:r>
        <w:rPr>
          <w:color w:val="000000"/>
        </w:rPr>
        <w:t xml:space="preserve">. </w:t>
      </w:r>
      <w:r>
        <w:rPr>
          <w:color w:val="000000"/>
        </w:rPr>
        <w:t>빠진</w:t>
      </w:r>
      <w:r>
        <w:rPr>
          <w:color w:val="000000"/>
        </w:rPr>
        <w:t xml:space="preserve"> </w:t>
      </w:r>
      <w:r>
        <w:rPr>
          <w:color w:val="000000"/>
        </w:rPr>
        <w:t>선행</w:t>
      </w:r>
      <w:r>
        <w:rPr>
          <w:color w:val="000000"/>
        </w:rPr>
        <w:t xml:space="preserve"> </w:t>
      </w:r>
      <w:r>
        <w:rPr>
          <w:color w:val="000000"/>
        </w:rPr>
        <w:t>조건을</w:t>
      </w:r>
      <w:r>
        <w:rPr>
          <w:color w:val="000000"/>
        </w:rPr>
        <w:t xml:space="preserve"> </w:t>
      </w:r>
      <w:r>
        <w:rPr>
          <w:color w:val="000000"/>
        </w:rPr>
        <w:t>확인해</w:t>
      </w:r>
      <w:r>
        <w:rPr>
          <w:color w:val="000000"/>
        </w:rPr>
        <w:t xml:space="preserve"> </w:t>
      </w:r>
      <w:r>
        <w:rPr>
          <w:color w:val="000000"/>
        </w:rPr>
        <w:t>다음</w:t>
      </w:r>
      <w:r>
        <w:rPr>
          <w:color w:val="000000"/>
        </w:rPr>
        <w:t xml:space="preserve"> </w:t>
      </w:r>
      <w:r>
        <w:rPr>
          <w:color w:val="000000"/>
        </w:rPr>
        <w:t>작업을</w:t>
      </w:r>
      <w:r>
        <w:rPr>
          <w:color w:val="000000"/>
        </w:rPr>
        <w:t xml:space="preserve"> </w:t>
      </w:r>
      <w:r>
        <w:rPr>
          <w:color w:val="000000"/>
        </w:rPr>
        <w:t>정할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738D151F" w14:textId="77777777" w:rsidR="00C25814" w:rsidRDefault="004F692B">
      <w:pPr>
        <w:spacing w:after="100" w:line="264" w:lineRule="auto"/>
      </w:pPr>
      <w:r>
        <w:rPr>
          <w:color w:val="000000"/>
        </w:rPr>
        <w:t>로컬</w:t>
      </w:r>
      <w:r>
        <w:rPr>
          <w:color w:val="000000"/>
        </w:rPr>
        <w:t xml:space="preserve"> </w:t>
      </w:r>
      <w:r>
        <w:rPr>
          <w:color w:val="000000"/>
        </w:rPr>
        <w:t>설정과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외부</w:t>
      </w:r>
      <w:r>
        <w:rPr>
          <w:color w:val="000000"/>
        </w:rPr>
        <w:t xml:space="preserve"> </w:t>
      </w:r>
      <w:r>
        <w:rPr>
          <w:color w:val="000000"/>
        </w:rPr>
        <w:t>연동</w:t>
      </w:r>
      <w:r>
        <w:rPr>
          <w:color w:val="000000"/>
        </w:rPr>
        <w:t xml:space="preserve"> </w:t>
      </w:r>
      <w:r>
        <w:rPr>
          <w:color w:val="000000"/>
        </w:rPr>
        <w:t>검증을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 xml:space="preserve">. </w:t>
      </w:r>
      <w:r>
        <w:rPr>
          <w:color w:val="000000"/>
        </w:rPr>
        <w:t>작은</w:t>
      </w:r>
      <w:r>
        <w:rPr>
          <w:color w:val="000000"/>
        </w:rPr>
        <w:t xml:space="preserve"> </w:t>
      </w:r>
      <w:r>
        <w:rPr>
          <w:color w:val="000000"/>
        </w:rPr>
        <w:t>붉은</w:t>
      </w:r>
      <w:r>
        <w:rPr>
          <w:color w:val="000000"/>
        </w:rPr>
        <w:t xml:space="preserve"> </w:t>
      </w:r>
      <w:r>
        <w:rPr>
          <w:color w:val="000000"/>
        </w:rPr>
        <w:t>안내가</w:t>
      </w:r>
      <w:r>
        <w:rPr>
          <w:color w:val="000000"/>
        </w:rPr>
        <w:t xml:space="preserve"> </w:t>
      </w:r>
      <w:r>
        <w:rPr>
          <w:color w:val="000000"/>
        </w:rPr>
        <w:t>있는</w:t>
      </w:r>
      <w:r>
        <w:rPr>
          <w:color w:val="000000"/>
        </w:rPr>
        <w:t xml:space="preserve"> </w:t>
      </w:r>
      <w:r>
        <w:rPr>
          <w:color w:val="000000"/>
        </w:rPr>
        <w:t>항목은</w:t>
      </w:r>
      <w:r>
        <w:rPr>
          <w:color w:val="000000"/>
        </w:rPr>
        <w:t xml:space="preserve"> </w:t>
      </w:r>
      <w:r>
        <w:rPr>
          <w:color w:val="000000"/>
        </w:rPr>
        <w:t>실상용제품에서</w:t>
      </w:r>
      <w:r>
        <w:rPr>
          <w:color w:val="000000"/>
        </w:rPr>
        <w:t xml:space="preserve"> </w:t>
      </w:r>
      <w:r>
        <w:rPr>
          <w:color w:val="000000"/>
        </w:rPr>
        <w:t>준비와</w:t>
      </w:r>
      <w:r>
        <w:rPr>
          <w:color w:val="000000"/>
        </w:rPr>
        <w:t xml:space="preserve"> </w:t>
      </w:r>
      <w:r>
        <w:rPr>
          <w:color w:val="000000"/>
        </w:rPr>
        <w:t>검증이</w:t>
      </w:r>
      <w:r>
        <w:rPr>
          <w:color w:val="000000"/>
        </w:rPr>
        <w:t xml:space="preserve"> </w:t>
      </w:r>
      <w:r>
        <w:rPr>
          <w:color w:val="000000"/>
        </w:rPr>
        <w:t>필요합니다</w:t>
      </w:r>
      <w:r>
        <w:rPr>
          <w:color w:val="000000"/>
        </w:rPr>
        <w:t>.</w:t>
      </w:r>
    </w:p>
    <w:p w14:paraId="06702F51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누락된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선행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조건과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담당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역할을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8D3DD04" w14:textId="77777777" w:rsidR="00C25814" w:rsidRDefault="004F692B">
      <w:r>
        <w:br w:type="page"/>
      </w:r>
    </w:p>
    <w:p w14:paraId="12D2AAD6" w14:textId="77777777" w:rsidR="00C25814" w:rsidRDefault="004F692B">
      <w:pPr>
        <w:pStyle w:val="1"/>
        <w:spacing w:after="180"/>
      </w:pPr>
      <w:bookmarkStart w:id="18" w:name="scene18"/>
      <w:r>
        <w:lastRenderedPageBreak/>
        <w:t xml:space="preserve">18 </w:t>
      </w:r>
      <w:r>
        <w:t>기간과</w:t>
      </w:r>
      <w:r>
        <w:t xml:space="preserve"> </w:t>
      </w:r>
      <w:r>
        <w:t>고객별</w:t>
      </w:r>
      <w:r>
        <w:t xml:space="preserve"> </w:t>
      </w:r>
      <w:r>
        <w:t>한도</w:t>
      </w:r>
      <w:bookmarkEnd w:id="18"/>
    </w:p>
    <w:p w14:paraId="36F0990D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472C623C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한도</w:t>
      </w:r>
      <w:r>
        <w:rPr>
          <w:color w:val="000000"/>
          <w:sz w:val="20"/>
        </w:rPr>
        <w:t xml:space="preserve"> D12.</w:t>
      </w:r>
    </w:p>
    <w:p w14:paraId="0CC181D3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543DFDF2" wp14:editId="69441CA1">
            <wp:extent cx="5180814" cy="2916000"/>
            <wp:effectExtent l="0" t="0" r="0" b="0"/>
            <wp:docPr id="21" name="Picture 21" descr="저장 화면 18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E2FF3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18 · 2026-10-02 · REVIEW</w:t>
      </w:r>
    </w:p>
    <w:p w14:paraId="2DA2753D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4C7877A8" w14:textId="77777777" w:rsidR="00C25814" w:rsidRDefault="004F692B">
      <w:pPr>
        <w:spacing w:after="100" w:line="264" w:lineRule="auto"/>
      </w:pPr>
      <w:r>
        <w:rPr>
          <w:color w:val="000000"/>
        </w:rPr>
        <w:t>한도는</w:t>
      </w:r>
      <w:r>
        <w:rPr>
          <w:color w:val="000000"/>
        </w:rPr>
        <w:t xml:space="preserve"> </w:t>
      </w:r>
      <w:r>
        <w:rPr>
          <w:color w:val="000000"/>
        </w:rPr>
        <w:t>건별</w:t>
      </w:r>
      <w:r>
        <w:rPr>
          <w:color w:val="000000"/>
        </w:rPr>
        <w:t xml:space="preserve"> </w:t>
      </w:r>
      <w:r>
        <w:rPr>
          <w:color w:val="000000"/>
        </w:rPr>
        <w:t>금액뿐</w:t>
      </w:r>
      <w:r>
        <w:rPr>
          <w:color w:val="000000"/>
        </w:rPr>
        <w:t xml:space="preserve"> </w:t>
      </w:r>
      <w:r>
        <w:rPr>
          <w:color w:val="000000"/>
        </w:rPr>
        <w:t>아니라</w:t>
      </w:r>
      <w:r>
        <w:rPr>
          <w:color w:val="000000"/>
        </w:rPr>
        <w:t xml:space="preserve"> </w:t>
      </w:r>
      <w:r>
        <w:rPr>
          <w:color w:val="000000"/>
        </w:rPr>
        <w:t>기간</w:t>
      </w:r>
      <w:r>
        <w:rPr>
          <w:color w:val="000000"/>
        </w:rPr>
        <w:t xml:space="preserve">, </w:t>
      </w:r>
      <w:r>
        <w:rPr>
          <w:color w:val="000000"/>
        </w:rPr>
        <w:t>고객</w:t>
      </w:r>
      <w:r>
        <w:rPr>
          <w:color w:val="000000"/>
        </w:rPr>
        <w:t xml:space="preserve">, </w:t>
      </w:r>
      <w:r>
        <w:rPr>
          <w:color w:val="000000"/>
        </w:rPr>
        <w:t>기업과</w:t>
      </w:r>
      <w:r>
        <w:rPr>
          <w:color w:val="000000"/>
        </w:rPr>
        <w:t xml:space="preserve"> </w:t>
      </w:r>
      <w:r>
        <w:rPr>
          <w:color w:val="000000"/>
        </w:rPr>
        <w:t>통화에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적용됩니다</w:t>
      </w:r>
      <w:r>
        <w:rPr>
          <w:color w:val="000000"/>
        </w:rPr>
        <w:t xml:space="preserve">. </w:t>
      </w:r>
      <w:r>
        <w:rPr>
          <w:color w:val="000000"/>
        </w:rPr>
        <w:t>이미</w:t>
      </w:r>
      <w:r>
        <w:rPr>
          <w:color w:val="000000"/>
        </w:rPr>
        <w:t xml:space="preserve"> </w:t>
      </w:r>
      <w:r>
        <w:rPr>
          <w:color w:val="000000"/>
        </w:rPr>
        <w:t>예약한</w:t>
      </w:r>
      <w:r>
        <w:rPr>
          <w:color w:val="000000"/>
        </w:rPr>
        <w:t xml:space="preserve"> </w:t>
      </w:r>
      <w:r>
        <w:rPr>
          <w:color w:val="000000"/>
        </w:rPr>
        <w:t>금액과</w:t>
      </w:r>
      <w:r>
        <w:rPr>
          <w:color w:val="000000"/>
        </w:rPr>
        <w:t xml:space="preserve"> </w:t>
      </w:r>
      <w:r>
        <w:rPr>
          <w:color w:val="000000"/>
        </w:rPr>
        <w:t>실행</w:t>
      </w:r>
      <w:r>
        <w:rPr>
          <w:color w:val="000000"/>
        </w:rPr>
        <w:t xml:space="preserve"> </w:t>
      </w:r>
      <w:r>
        <w:rPr>
          <w:color w:val="000000"/>
        </w:rPr>
        <w:t>금액을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44934159" w14:textId="77777777" w:rsidR="00C25814" w:rsidRDefault="004F692B">
      <w:pPr>
        <w:spacing w:after="100" w:line="264" w:lineRule="auto"/>
      </w:pPr>
      <w:r>
        <w:rPr>
          <w:color w:val="000000"/>
        </w:rPr>
        <w:t>동시</w:t>
      </w:r>
      <w:r>
        <w:rPr>
          <w:color w:val="000000"/>
        </w:rPr>
        <w:t xml:space="preserve"> </w:t>
      </w:r>
      <w:r>
        <w:rPr>
          <w:color w:val="000000"/>
        </w:rPr>
        <w:t>요청과</w:t>
      </w:r>
      <w:r>
        <w:rPr>
          <w:color w:val="000000"/>
        </w:rPr>
        <w:t xml:space="preserve"> </w:t>
      </w:r>
      <w:r>
        <w:rPr>
          <w:color w:val="000000"/>
        </w:rPr>
        <w:t>중복</w:t>
      </w:r>
      <w:r>
        <w:rPr>
          <w:color w:val="000000"/>
        </w:rPr>
        <w:t xml:space="preserve"> </w:t>
      </w:r>
      <w:r>
        <w:rPr>
          <w:color w:val="000000"/>
        </w:rPr>
        <w:t>참조로</w:t>
      </w:r>
      <w:r>
        <w:rPr>
          <w:color w:val="000000"/>
        </w:rPr>
        <w:t xml:space="preserve"> </w:t>
      </w:r>
      <w:r>
        <w:rPr>
          <w:color w:val="000000"/>
        </w:rPr>
        <w:t>한도를</w:t>
      </w:r>
      <w:r>
        <w:rPr>
          <w:color w:val="000000"/>
        </w:rPr>
        <w:t xml:space="preserve"> </w:t>
      </w:r>
      <w:r>
        <w:rPr>
          <w:color w:val="000000"/>
        </w:rPr>
        <w:t>우회하지</w:t>
      </w:r>
      <w:r>
        <w:rPr>
          <w:color w:val="000000"/>
        </w:rPr>
        <w:t xml:space="preserve"> </w:t>
      </w:r>
      <w:r>
        <w:rPr>
          <w:color w:val="000000"/>
        </w:rPr>
        <w:t>못하도록</w:t>
      </w:r>
      <w:r>
        <w:rPr>
          <w:color w:val="000000"/>
        </w:rPr>
        <w:t xml:space="preserve"> </w:t>
      </w:r>
      <w:r>
        <w:rPr>
          <w:color w:val="000000"/>
        </w:rPr>
        <w:t>검사합니다</w:t>
      </w:r>
      <w:r>
        <w:rPr>
          <w:color w:val="000000"/>
        </w:rPr>
        <w:t xml:space="preserve">. </w:t>
      </w:r>
      <w:r>
        <w:rPr>
          <w:color w:val="000000"/>
        </w:rPr>
        <w:t>결과가</w:t>
      </w:r>
      <w:r>
        <w:rPr>
          <w:color w:val="000000"/>
        </w:rPr>
        <w:t xml:space="preserve"> </w:t>
      </w:r>
      <w:r>
        <w:rPr>
          <w:color w:val="000000"/>
        </w:rPr>
        <w:t>미확인인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예약을</w:t>
      </w:r>
      <w:r>
        <w:rPr>
          <w:color w:val="000000"/>
        </w:rPr>
        <w:t xml:space="preserve"> </w:t>
      </w:r>
      <w:r>
        <w:rPr>
          <w:color w:val="000000"/>
        </w:rPr>
        <w:t>임의로</w:t>
      </w:r>
      <w:r>
        <w:rPr>
          <w:color w:val="000000"/>
        </w:rPr>
        <w:t xml:space="preserve"> </w:t>
      </w:r>
      <w:r>
        <w:rPr>
          <w:color w:val="000000"/>
        </w:rPr>
        <w:t>해제하지</w:t>
      </w:r>
      <w:r>
        <w:rPr>
          <w:color w:val="000000"/>
        </w:rPr>
        <w:t xml:space="preserve"> </w:t>
      </w:r>
      <w:r>
        <w:rPr>
          <w:color w:val="000000"/>
        </w:rPr>
        <w:t>않으며</w:t>
      </w:r>
      <w:r>
        <w:rPr>
          <w:color w:val="000000"/>
        </w:rPr>
        <w:t xml:space="preserve"> </w:t>
      </w:r>
      <w:r>
        <w:rPr>
          <w:color w:val="000000"/>
        </w:rPr>
        <w:t>한도</w:t>
      </w:r>
      <w:r>
        <w:rPr>
          <w:color w:val="000000"/>
        </w:rPr>
        <w:t xml:space="preserve"> </w:t>
      </w:r>
      <w:r>
        <w:rPr>
          <w:color w:val="000000"/>
        </w:rPr>
        <w:t>변경도</w:t>
      </w:r>
      <w:r>
        <w:rPr>
          <w:color w:val="000000"/>
        </w:rPr>
        <w:t xml:space="preserve">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승인을</w:t>
      </w:r>
      <w:r>
        <w:rPr>
          <w:color w:val="000000"/>
        </w:rPr>
        <w:t xml:space="preserve"> </w:t>
      </w:r>
      <w:r>
        <w:rPr>
          <w:color w:val="000000"/>
        </w:rPr>
        <w:t>거칩니다</w:t>
      </w:r>
      <w:r>
        <w:rPr>
          <w:color w:val="000000"/>
        </w:rPr>
        <w:t>.</w:t>
      </w:r>
    </w:p>
    <w:p w14:paraId="603EBA96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기간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경계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통화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적용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범위를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618902BA" w14:textId="77777777" w:rsidR="00C25814" w:rsidRDefault="004F692B">
      <w:r>
        <w:br w:type="page"/>
      </w:r>
    </w:p>
    <w:p w14:paraId="603A8B89" w14:textId="77777777" w:rsidR="00C25814" w:rsidRDefault="004F692B">
      <w:pPr>
        <w:pStyle w:val="1"/>
        <w:spacing w:after="180"/>
      </w:pPr>
      <w:bookmarkStart w:id="19" w:name="scene19"/>
      <w:r>
        <w:lastRenderedPageBreak/>
        <w:t xml:space="preserve">19 </w:t>
      </w:r>
      <w:r>
        <w:t>은행</w:t>
      </w:r>
      <w:r>
        <w:t xml:space="preserve"> </w:t>
      </w:r>
      <w:r>
        <w:t>응답과</w:t>
      </w:r>
      <w:r>
        <w:t xml:space="preserve"> </w:t>
      </w:r>
      <w:r>
        <w:t>재전송</w:t>
      </w:r>
      <w:bookmarkEnd w:id="19"/>
    </w:p>
    <w:p w14:paraId="4107EB2C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67D5E01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모의</w:t>
      </w:r>
      <w:r>
        <w:rPr>
          <w:color w:val="000000"/>
          <w:sz w:val="20"/>
        </w:rPr>
        <w:t xml:space="preserve"> callback / </w:t>
      </w:r>
      <w:r>
        <w:rPr>
          <w:color w:val="000000"/>
          <w:sz w:val="20"/>
        </w:rPr>
        <w:t>은행</w:t>
      </w:r>
      <w:r>
        <w:rPr>
          <w:color w:val="000000"/>
          <w:sz w:val="20"/>
        </w:rPr>
        <w:t xml:space="preserve"> D05.</w:t>
      </w:r>
    </w:p>
    <w:p w14:paraId="130365F2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750B4605" wp14:editId="4C8A1F7B">
            <wp:extent cx="5180814" cy="2916000"/>
            <wp:effectExtent l="0" t="0" r="0" b="0"/>
            <wp:docPr id="22" name="Picture 22" descr="저장 화면 19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AAB3E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19 · 2026-10-02 · REVIEW</w:t>
      </w:r>
    </w:p>
    <w:p w14:paraId="0B381117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0F44F3D" w14:textId="77777777" w:rsidR="00C25814" w:rsidRDefault="004F692B">
      <w:pPr>
        <w:spacing w:after="100" w:line="264" w:lineRule="auto"/>
      </w:pPr>
      <w:r>
        <w:rPr>
          <w:color w:val="000000"/>
        </w:rPr>
        <w:t>은행</w:t>
      </w:r>
      <w:r>
        <w:rPr>
          <w:color w:val="000000"/>
        </w:rPr>
        <w:t xml:space="preserve"> </w:t>
      </w:r>
      <w:r>
        <w:rPr>
          <w:color w:val="000000"/>
        </w:rPr>
        <w:t>응답의</w:t>
      </w:r>
      <w:r>
        <w:rPr>
          <w:color w:val="000000"/>
        </w:rPr>
        <w:t xml:space="preserve"> </w:t>
      </w:r>
      <w:r>
        <w:rPr>
          <w:color w:val="000000"/>
        </w:rPr>
        <w:t>코드를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>·</w:t>
      </w:r>
      <w:r>
        <w:rPr>
          <w:color w:val="000000"/>
        </w:rPr>
        <w:t>정산</w:t>
      </w:r>
      <w:r>
        <w:rPr>
          <w:color w:val="000000"/>
        </w:rPr>
        <w:t>·</w:t>
      </w:r>
      <w:r>
        <w:rPr>
          <w:color w:val="000000"/>
        </w:rPr>
        <w:t>대사</w:t>
      </w:r>
      <w:r>
        <w:rPr>
          <w:color w:val="000000"/>
        </w:rPr>
        <w:t xml:space="preserve"> </w:t>
      </w:r>
      <w:r>
        <w:rPr>
          <w:color w:val="000000"/>
        </w:rPr>
        <w:t>상태에</w:t>
      </w:r>
      <w:r>
        <w:rPr>
          <w:color w:val="000000"/>
        </w:rPr>
        <w:t xml:space="preserve"> </w:t>
      </w:r>
      <w:r>
        <w:rPr>
          <w:color w:val="000000"/>
        </w:rPr>
        <w:t>연결하고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참조를</w:t>
      </w:r>
      <w:r>
        <w:rPr>
          <w:color w:val="000000"/>
        </w:rPr>
        <w:t xml:space="preserve"> </w:t>
      </w:r>
      <w:r>
        <w:rPr>
          <w:color w:val="000000"/>
        </w:rPr>
        <w:t>추적합니다</w:t>
      </w:r>
      <w:r>
        <w:rPr>
          <w:color w:val="000000"/>
        </w:rPr>
        <w:t xml:space="preserve">. </w:t>
      </w:r>
      <w:r>
        <w:rPr>
          <w:color w:val="000000"/>
        </w:rPr>
        <w:t>성공</w:t>
      </w:r>
      <w:r>
        <w:rPr>
          <w:color w:val="000000"/>
        </w:rPr>
        <w:t xml:space="preserve">, </w:t>
      </w:r>
      <w:r>
        <w:rPr>
          <w:color w:val="000000"/>
        </w:rPr>
        <w:t>미지급</w:t>
      </w:r>
      <w:r>
        <w:rPr>
          <w:color w:val="000000"/>
        </w:rPr>
        <w:t xml:space="preserve">, </w:t>
      </w:r>
      <w:r>
        <w:rPr>
          <w:color w:val="000000"/>
        </w:rPr>
        <w:t>시간초과와</w:t>
      </w:r>
      <w:r>
        <w:rPr>
          <w:color w:val="000000"/>
        </w:rPr>
        <w:t xml:space="preserve"> </w:t>
      </w:r>
      <w:r>
        <w:rPr>
          <w:color w:val="000000"/>
        </w:rPr>
        <w:t>형식</w:t>
      </w:r>
      <w:r>
        <w:rPr>
          <w:color w:val="000000"/>
        </w:rPr>
        <w:t xml:space="preserve"> </w:t>
      </w:r>
      <w:r>
        <w:rPr>
          <w:color w:val="000000"/>
        </w:rPr>
        <w:t>오류를</w:t>
      </w:r>
      <w:r>
        <w:rPr>
          <w:color w:val="000000"/>
        </w:rPr>
        <w:t xml:space="preserve"> </w:t>
      </w:r>
      <w:r>
        <w:rPr>
          <w:color w:val="000000"/>
        </w:rPr>
        <w:t>모의</w:t>
      </w:r>
      <w:r>
        <w:rPr>
          <w:color w:val="000000"/>
        </w:rPr>
        <w:t xml:space="preserve"> </w:t>
      </w:r>
      <w:r>
        <w:rPr>
          <w:color w:val="000000"/>
        </w:rPr>
        <w:t>진단으로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37908D42" w14:textId="77777777" w:rsidR="00C25814" w:rsidRDefault="004F692B">
      <w:pPr>
        <w:spacing w:after="100" w:line="264" w:lineRule="auto"/>
      </w:pPr>
      <w:r>
        <w:rPr>
          <w:color w:val="000000"/>
        </w:rPr>
        <w:t>동일</w:t>
      </w:r>
      <w:r>
        <w:rPr>
          <w:color w:val="000000"/>
        </w:rPr>
        <w:t xml:space="preserve"> </w:t>
      </w:r>
      <w:r>
        <w:rPr>
          <w:color w:val="000000"/>
        </w:rPr>
        <w:t>응답을</w:t>
      </w:r>
      <w:r>
        <w:rPr>
          <w:color w:val="000000"/>
        </w:rPr>
        <w:t xml:space="preserve"> </w:t>
      </w:r>
      <w:r>
        <w:rPr>
          <w:color w:val="000000"/>
        </w:rPr>
        <w:t>재전송해도</w:t>
      </w:r>
      <w:r>
        <w:rPr>
          <w:color w:val="000000"/>
        </w:rPr>
        <w:t xml:space="preserve">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지급이나</w:t>
      </w:r>
      <w:r>
        <w:rPr>
          <w:color w:val="000000"/>
        </w:rPr>
        <w:t xml:space="preserve"> </w:t>
      </w:r>
      <w:r>
        <w:rPr>
          <w:color w:val="000000"/>
        </w:rPr>
        <w:t>중복</w:t>
      </w:r>
      <w:r>
        <w:rPr>
          <w:color w:val="000000"/>
        </w:rPr>
        <w:t xml:space="preserve"> </w:t>
      </w:r>
      <w:r>
        <w:rPr>
          <w:color w:val="000000"/>
        </w:rPr>
        <w:t>분개를</w:t>
      </w:r>
      <w:r>
        <w:rPr>
          <w:color w:val="000000"/>
        </w:rPr>
        <w:t xml:space="preserve"> </w:t>
      </w:r>
      <w:r>
        <w:rPr>
          <w:color w:val="000000"/>
        </w:rPr>
        <w:t>만들지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 xml:space="preserve">. </w:t>
      </w:r>
      <w:r>
        <w:rPr>
          <w:color w:val="000000"/>
        </w:rPr>
        <w:t>이</w:t>
      </w:r>
      <w:r>
        <w:rPr>
          <w:color w:val="000000"/>
        </w:rPr>
        <w:t xml:space="preserve"> </w:t>
      </w:r>
      <w:r>
        <w:rPr>
          <w:color w:val="000000"/>
        </w:rPr>
        <w:t>진단은</w:t>
      </w:r>
      <w:r>
        <w:rPr>
          <w:color w:val="000000"/>
        </w:rPr>
        <w:t xml:space="preserve"> MOCK</w:t>
      </w:r>
      <w:r>
        <w:rPr>
          <w:color w:val="000000"/>
        </w:rPr>
        <w:t>이며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은행</w:t>
      </w:r>
      <w:r>
        <w:rPr>
          <w:color w:val="000000"/>
        </w:rPr>
        <w:t xml:space="preserve"> </w:t>
      </w:r>
      <w:r>
        <w:rPr>
          <w:color w:val="000000"/>
        </w:rPr>
        <w:t>인증이나</w:t>
      </w:r>
      <w:r>
        <w:rPr>
          <w:color w:val="000000"/>
        </w:rPr>
        <w:t xml:space="preserve"> </w:t>
      </w:r>
      <w:r>
        <w:rPr>
          <w:color w:val="000000"/>
        </w:rPr>
        <w:t>실지급</w:t>
      </w:r>
      <w:r>
        <w:rPr>
          <w:color w:val="000000"/>
        </w:rPr>
        <w:t xml:space="preserve"> </w:t>
      </w:r>
      <w:r>
        <w:rPr>
          <w:color w:val="000000"/>
        </w:rPr>
        <w:t>통신</w:t>
      </w:r>
      <w:r>
        <w:rPr>
          <w:color w:val="000000"/>
        </w:rPr>
        <w:t xml:space="preserve"> </w:t>
      </w:r>
      <w:r>
        <w:rPr>
          <w:color w:val="000000"/>
        </w:rPr>
        <w:t>완료를</w:t>
      </w:r>
      <w:r>
        <w:rPr>
          <w:color w:val="000000"/>
        </w:rPr>
        <w:t xml:space="preserve"> </w:t>
      </w:r>
      <w:r>
        <w:rPr>
          <w:color w:val="000000"/>
        </w:rPr>
        <w:t>뜻하지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3F87FC5D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응답의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출처와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관측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시각을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5EE9437D" w14:textId="77777777" w:rsidR="00C25814" w:rsidRDefault="004F692B">
      <w:r>
        <w:br w:type="page"/>
      </w:r>
    </w:p>
    <w:p w14:paraId="35CF0C18" w14:textId="77777777" w:rsidR="00C25814" w:rsidRDefault="004F692B">
      <w:pPr>
        <w:pStyle w:val="1"/>
        <w:spacing w:after="180"/>
      </w:pPr>
      <w:bookmarkStart w:id="20" w:name="scene20"/>
      <w:r>
        <w:lastRenderedPageBreak/>
        <w:t xml:space="preserve">20 </w:t>
      </w:r>
      <w:r>
        <w:t>요청</w:t>
      </w:r>
      <w:r>
        <w:t>·</w:t>
      </w:r>
      <w:r>
        <w:t>승인</w:t>
      </w:r>
      <w:r>
        <w:t>·</w:t>
      </w:r>
      <w:r>
        <w:t>집행</w:t>
      </w:r>
      <w:r>
        <w:t xml:space="preserve"> </w:t>
      </w:r>
      <w:r>
        <w:t>분리</w:t>
      </w:r>
      <w:bookmarkEnd w:id="20"/>
    </w:p>
    <w:p w14:paraId="630FCDF5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승인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담당자</w:t>
      </w:r>
    </w:p>
    <w:p w14:paraId="705D16A7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담당자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준법</w:t>
      </w:r>
      <w:r>
        <w:rPr>
          <w:color w:val="000000"/>
          <w:sz w:val="20"/>
        </w:rPr>
        <w:t>.</w:t>
      </w:r>
    </w:p>
    <w:p w14:paraId="3E3AFF07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69E6A0A6" wp14:editId="4FAE00E2">
            <wp:extent cx="5180814" cy="2916000"/>
            <wp:effectExtent l="0" t="0" r="0" b="0"/>
            <wp:docPr id="23" name="Picture 23" descr="저장 화면 20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7AD8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20 · 2026-10-02 · REVIEW</w:t>
      </w:r>
    </w:p>
    <w:p w14:paraId="28B39F5D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0DF58609" w14:textId="77777777" w:rsidR="00C25814" w:rsidRDefault="004F692B">
      <w:pPr>
        <w:spacing w:after="100" w:line="264" w:lineRule="auto"/>
      </w:pPr>
      <w:r>
        <w:rPr>
          <w:color w:val="000000"/>
        </w:rPr>
        <w:t>요청자는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조건을</w:t>
      </w:r>
      <w:r>
        <w:rPr>
          <w:color w:val="000000"/>
        </w:rPr>
        <w:t xml:space="preserve"> </w:t>
      </w:r>
      <w:r>
        <w:rPr>
          <w:color w:val="000000"/>
        </w:rPr>
        <w:t>준비하고</w:t>
      </w:r>
      <w:r>
        <w:rPr>
          <w:color w:val="000000"/>
        </w:rPr>
        <w:t xml:space="preserve">, </w:t>
      </w:r>
      <w:r>
        <w:rPr>
          <w:color w:val="000000"/>
        </w:rPr>
        <w:t>승인자는</w:t>
      </w:r>
      <w:r>
        <w:rPr>
          <w:color w:val="000000"/>
        </w:rPr>
        <w:t xml:space="preserve"> </w:t>
      </w:r>
      <w:r>
        <w:rPr>
          <w:color w:val="000000"/>
        </w:rPr>
        <w:t>금액</w:t>
      </w:r>
      <w:r>
        <w:rPr>
          <w:color w:val="000000"/>
        </w:rPr>
        <w:t>·</w:t>
      </w:r>
      <w:r>
        <w:rPr>
          <w:color w:val="000000"/>
        </w:rPr>
        <w:t>수취인</w:t>
      </w:r>
      <w:r>
        <w:rPr>
          <w:color w:val="000000"/>
        </w:rPr>
        <w:t>·</w:t>
      </w:r>
      <w:r>
        <w:rPr>
          <w:color w:val="000000"/>
        </w:rPr>
        <w:t>경로와</w:t>
      </w:r>
      <w:r>
        <w:rPr>
          <w:color w:val="000000"/>
        </w:rPr>
        <w:t xml:space="preserve"> </w:t>
      </w:r>
      <w:r>
        <w:rPr>
          <w:color w:val="000000"/>
        </w:rPr>
        <w:t>정책을</w:t>
      </w:r>
      <w:r>
        <w:rPr>
          <w:color w:val="000000"/>
        </w:rPr>
        <w:t xml:space="preserve"> </w:t>
      </w:r>
      <w:r>
        <w:rPr>
          <w:color w:val="000000"/>
        </w:rPr>
        <w:t>검토합니다</w:t>
      </w:r>
      <w:r>
        <w:rPr>
          <w:color w:val="000000"/>
        </w:rPr>
        <w:t xml:space="preserve">. </w:t>
      </w:r>
      <w:r>
        <w:rPr>
          <w:color w:val="000000"/>
        </w:rPr>
        <w:t>집행자는</w:t>
      </w:r>
      <w:r>
        <w:rPr>
          <w:color w:val="000000"/>
        </w:rPr>
        <w:t xml:space="preserve"> </w:t>
      </w:r>
      <w:r>
        <w:rPr>
          <w:color w:val="000000"/>
        </w:rPr>
        <w:t>승인된</w:t>
      </w:r>
      <w:r>
        <w:rPr>
          <w:color w:val="000000"/>
        </w:rPr>
        <w:t xml:space="preserve"> </w:t>
      </w:r>
      <w:r>
        <w:rPr>
          <w:color w:val="000000"/>
        </w:rPr>
        <w:t>조건과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참조를</w:t>
      </w:r>
      <w:r>
        <w:rPr>
          <w:color w:val="000000"/>
        </w:rPr>
        <w:t xml:space="preserve"> </w:t>
      </w:r>
      <w:r>
        <w:rPr>
          <w:color w:val="000000"/>
        </w:rPr>
        <w:t>기준으로</w:t>
      </w:r>
      <w:r>
        <w:rPr>
          <w:color w:val="000000"/>
        </w:rPr>
        <w:t xml:space="preserve"> </w:t>
      </w:r>
      <w:r>
        <w:rPr>
          <w:color w:val="000000"/>
        </w:rPr>
        <w:t>업무를</w:t>
      </w:r>
      <w:r>
        <w:rPr>
          <w:color w:val="000000"/>
        </w:rPr>
        <w:t xml:space="preserve"> </w:t>
      </w:r>
      <w:r>
        <w:rPr>
          <w:color w:val="000000"/>
        </w:rPr>
        <w:t>진행합니다</w:t>
      </w:r>
      <w:r>
        <w:rPr>
          <w:color w:val="000000"/>
        </w:rPr>
        <w:t>.</w:t>
      </w:r>
    </w:p>
    <w:p w14:paraId="1F23B32E" w14:textId="77777777" w:rsidR="00C25814" w:rsidRDefault="004F692B">
      <w:pPr>
        <w:spacing w:after="100" w:line="264" w:lineRule="auto"/>
      </w:pPr>
      <w:r>
        <w:rPr>
          <w:color w:val="000000"/>
        </w:rPr>
        <w:t>업무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정족수는</w:t>
      </w:r>
      <w:r>
        <w:rPr>
          <w:color w:val="000000"/>
        </w:rPr>
        <w:t xml:space="preserve"> </w:t>
      </w:r>
      <w:r>
        <w:rPr>
          <w:color w:val="000000"/>
        </w:rPr>
        <w:t>로그인</w:t>
      </w:r>
      <w:r>
        <w:rPr>
          <w:color w:val="000000"/>
        </w:rPr>
        <w:t xml:space="preserve"> MFA</w:t>
      </w:r>
      <w:r>
        <w:rPr>
          <w:color w:val="000000"/>
        </w:rPr>
        <w:t>나</w:t>
      </w:r>
      <w:r>
        <w:rPr>
          <w:color w:val="000000"/>
        </w:rPr>
        <w:t xml:space="preserve"> </w:t>
      </w:r>
      <w:r>
        <w:rPr>
          <w:color w:val="000000"/>
        </w:rPr>
        <w:t>암호학적</w:t>
      </w:r>
      <w:r>
        <w:rPr>
          <w:color w:val="000000"/>
        </w:rPr>
        <w:t xml:space="preserve"> Multisig</w:t>
      </w:r>
      <w:r>
        <w:rPr>
          <w:color w:val="000000"/>
        </w:rPr>
        <w:t>와</w:t>
      </w:r>
      <w:r>
        <w:rPr>
          <w:color w:val="000000"/>
        </w:rPr>
        <w:t xml:space="preserve"> </w:t>
      </w:r>
      <w:r>
        <w:rPr>
          <w:color w:val="000000"/>
        </w:rPr>
        <w:t>별도입니다</w:t>
      </w:r>
      <w:r>
        <w:rPr>
          <w:color w:val="000000"/>
        </w:rPr>
        <w:t xml:space="preserve">.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장치와</w:t>
      </w:r>
      <w:r>
        <w:rPr>
          <w:color w:val="000000"/>
        </w:rPr>
        <w:t xml:space="preserve"> </w:t>
      </w:r>
      <w:r>
        <w:rPr>
          <w:color w:val="000000"/>
        </w:rPr>
        <w:t>키를</w:t>
      </w:r>
      <w:r>
        <w:rPr>
          <w:color w:val="000000"/>
        </w:rPr>
        <w:t xml:space="preserve"> </w:t>
      </w:r>
      <w:r>
        <w:rPr>
          <w:color w:val="000000"/>
        </w:rPr>
        <w:t>사용하는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서명</w:t>
      </w:r>
      <w:r>
        <w:rPr>
          <w:color w:val="000000"/>
        </w:rPr>
        <w:t xml:space="preserve"> </w:t>
      </w:r>
      <w:r>
        <w:rPr>
          <w:color w:val="000000"/>
        </w:rPr>
        <w:t>검증은</w:t>
      </w:r>
      <w:r>
        <w:rPr>
          <w:color w:val="000000"/>
        </w:rPr>
        <w:t xml:space="preserve"> </w:t>
      </w:r>
      <w:r>
        <w:rPr>
          <w:color w:val="000000"/>
        </w:rPr>
        <w:t>따로</w:t>
      </w:r>
      <w:r>
        <w:rPr>
          <w:color w:val="000000"/>
        </w:rPr>
        <w:t xml:space="preserve"> </w:t>
      </w:r>
      <w:r>
        <w:rPr>
          <w:color w:val="000000"/>
        </w:rPr>
        <w:t>필요합니다</w:t>
      </w:r>
      <w:r>
        <w:rPr>
          <w:color w:val="000000"/>
        </w:rPr>
        <w:t>.</w:t>
      </w:r>
    </w:p>
    <w:p w14:paraId="379DB01F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각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담당자의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범위와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역할을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377A68E2" w14:textId="77777777" w:rsidR="00C25814" w:rsidRDefault="004F692B">
      <w:r>
        <w:br w:type="page"/>
      </w:r>
    </w:p>
    <w:p w14:paraId="6E1674D9" w14:textId="77777777" w:rsidR="00C25814" w:rsidRDefault="004F692B">
      <w:pPr>
        <w:pStyle w:val="1"/>
        <w:spacing w:after="180"/>
      </w:pPr>
      <w:bookmarkStart w:id="21" w:name="scene21"/>
      <w:r>
        <w:lastRenderedPageBreak/>
        <w:t xml:space="preserve">21 </w:t>
      </w:r>
      <w:r>
        <w:t>준법과</w:t>
      </w:r>
      <w:r>
        <w:t xml:space="preserve"> </w:t>
      </w:r>
      <w:r>
        <w:t>고위험</w:t>
      </w:r>
      <w:r>
        <w:t xml:space="preserve"> </w:t>
      </w:r>
      <w:r>
        <w:t>보류</w:t>
      </w:r>
      <w:bookmarkEnd w:id="21"/>
    </w:p>
    <w:p w14:paraId="6E8DA55C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준법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담당자</w:t>
      </w:r>
    </w:p>
    <w:p w14:paraId="4B0DB66E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준법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담당자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사건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증적</w:t>
      </w:r>
      <w:r>
        <w:rPr>
          <w:color w:val="000000"/>
          <w:sz w:val="20"/>
        </w:rPr>
        <w:t>.</w:t>
      </w:r>
    </w:p>
    <w:p w14:paraId="681C651D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6164AC40" wp14:editId="6E30FE65">
            <wp:extent cx="5180814" cy="2916000"/>
            <wp:effectExtent l="0" t="0" r="0" b="0"/>
            <wp:docPr id="24" name="Picture 24" descr="저장 화면 21 · 2026-10-03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EA7F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21 · 2026-10-03 · REVIEW</w:t>
      </w:r>
    </w:p>
    <w:p w14:paraId="0EB3BF44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20BD3EDD" w14:textId="77777777" w:rsidR="00C25814" w:rsidRDefault="004F692B">
      <w:pPr>
        <w:spacing w:after="100" w:line="264" w:lineRule="auto"/>
      </w:pPr>
      <w:r>
        <w:rPr>
          <w:color w:val="000000"/>
        </w:rPr>
        <w:t>준법</w:t>
      </w:r>
      <w:r>
        <w:rPr>
          <w:color w:val="000000"/>
        </w:rPr>
        <w:t xml:space="preserve"> </w:t>
      </w:r>
      <w:r>
        <w:rPr>
          <w:color w:val="000000"/>
        </w:rPr>
        <w:t>담당자는</w:t>
      </w:r>
      <w:r>
        <w:rPr>
          <w:color w:val="000000"/>
        </w:rPr>
        <w:t xml:space="preserve"> </w:t>
      </w:r>
      <w:r>
        <w:rPr>
          <w:color w:val="000000"/>
        </w:rPr>
        <w:t>위험과</w:t>
      </w:r>
      <w:r>
        <w:rPr>
          <w:color w:val="000000"/>
        </w:rPr>
        <w:t xml:space="preserve"> </w:t>
      </w:r>
      <w:r>
        <w:rPr>
          <w:color w:val="000000"/>
        </w:rPr>
        <w:t>보류</w:t>
      </w:r>
      <w:r>
        <w:rPr>
          <w:color w:val="000000"/>
        </w:rPr>
        <w:t xml:space="preserve"> </w:t>
      </w:r>
      <w:r>
        <w:rPr>
          <w:color w:val="000000"/>
        </w:rPr>
        <w:t>사유를</w:t>
      </w:r>
      <w:r>
        <w:rPr>
          <w:color w:val="000000"/>
        </w:rPr>
        <w:t xml:space="preserve"> </w:t>
      </w:r>
      <w:r>
        <w:rPr>
          <w:color w:val="000000"/>
        </w:rPr>
        <w:t>관리하고</w:t>
      </w:r>
      <w:r>
        <w:rPr>
          <w:color w:val="000000"/>
        </w:rPr>
        <w:t xml:space="preserve"> </w:t>
      </w:r>
      <w:r>
        <w:rPr>
          <w:color w:val="000000"/>
        </w:rPr>
        <w:t>감사자는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전표</w:t>
      </w:r>
      <w:r>
        <w:rPr>
          <w:color w:val="000000"/>
        </w:rPr>
        <w:t>·</w:t>
      </w:r>
      <w:r>
        <w:rPr>
          <w:color w:val="000000"/>
        </w:rPr>
        <w:t>증적을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고위험</w:t>
      </w:r>
      <w:r>
        <w:rPr>
          <w:color w:val="000000"/>
        </w:rPr>
        <w:t xml:space="preserve"> </w:t>
      </w:r>
      <w:r>
        <w:rPr>
          <w:color w:val="000000"/>
        </w:rPr>
        <w:t>거래는</w:t>
      </w:r>
      <w:r>
        <w:rPr>
          <w:color w:val="000000"/>
        </w:rPr>
        <w:t xml:space="preserve"> burn, mint</w:t>
      </w:r>
      <w:r>
        <w:rPr>
          <w:color w:val="000000"/>
        </w:rPr>
        <w:t>나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 xml:space="preserve"> </w:t>
      </w:r>
      <w:r>
        <w:rPr>
          <w:color w:val="000000"/>
        </w:rPr>
        <w:t>실행</w:t>
      </w:r>
      <w:r>
        <w:rPr>
          <w:color w:val="000000"/>
        </w:rPr>
        <w:t xml:space="preserve"> </w:t>
      </w:r>
      <w:r>
        <w:rPr>
          <w:color w:val="000000"/>
        </w:rPr>
        <w:t>전에</w:t>
      </w:r>
      <w:r>
        <w:rPr>
          <w:color w:val="000000"/>
        </w:rPr>
        <w:t xml:space="preserve"> </w:t>
      </w:r>
      <w:r>
        <w:rPr>
          <w:color w:val="000000"/>
        </w:rPr>
        <w:t>보류할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>.</w:t>
      </w:r>
    </w:p>
    <w:p w14:paraId="17216FBE" w14:textId="77777777" w:rsidR="00C25814" w:rsidRDefault="004F692B">
      <w:pPr>
        <w:spacing w:after="100" w:line="264" w:lineRule="auto"/>
      </w:pPr>
      <w:r>
        <w:rPr>
          <w:color w:val="000000"/>
        </w:rPr>
        <w:t>사건</w:t>
      </w:r>
      <w:r>
        <w:rPr>
          <w:color w:val="000000"/>
        </w:rPr>
        <w:t xml:space="preserve"> </w:t>
      </w:r>
      <w:r>
        <w:rPr>
          <w:color w:val="000000"/>
        </w:rPr>
        <w:t>종료나</w:t>
      </w:r>
      <w:r>
        <w:rPr>
          <w:color w:val="000000"/>
        </w:rPr>
        <w:t xml:space="preserve"> AI </w:t>
      </w:r>
      <w:r>
        <w:rPr>
          <w:color w:val="000000"/>
        </w:rPr>
        <w:t>설명만으로</w:t>
      </w:r>
      <w:r>
        <w:rPr>
          <w:color w:val="000000"/>
        </w:rPr>
        <w:t xml:space="preserve"> </w:t>
      </w:r>
      <w:r>
        <w:rPr>
          <w:color w:val="000000"/>
        </w:rPr>
        <w:t>잠금을</w:t>
      </w:r>
      <w:r>
        <w:rPr>
          <w:color w:val="000000"/>
        </w:rPr>
        <w:t xml:space="preserve"> </w:t>
      </w:r>
      <w:r>
        <w:rPr>
          <w:color w:val="000000"/>
        </w:rPr>
        <w:t>해제하지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 xml:space="preserve">. </w:t>
      </w:r>
      <w:r>
        <w:rPr>
          <w:color w:val="000000"/>
        </w:rPr>
        <w:t>필요한</w:t>
      </w:r>
      <w:r>
        <w:rPr>
          <w:color w:val="000000"/>
        </w:rPr>
        <w:t xml:space="preserve"> </w:t>
      </w:r>
      <w:r>
        <w:rPr>
          <w:color w:val="000000"/>
        </w:rPr>
        <w:t>권한과</w:t>
      </w:r>
      <w:r>
        <w:rPr>
          <w:color w:val="000000"/>
        </w:rPr>
        <w:t xml:space="preserve"> </w:t>
      </w:r>
      <w:r>
        <w:rPr>
          <w:color w:val="000000"/>
        </w:rPr>
        <w:t>승인을</w:t>
      </w:r>
      <w:r>
        <w:rPr>
          <w:color w:val="000000"/>
        </w:rPr>
        <w:t xml:space="preserve"> </w:t>
      </w:r>
      <w:r>
        <w:rPr>
          <w:color w:val="000000"/>
        </w:rPr>
        <w:t>확인하며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KYT </w:t>
      </w:r>
      <w:r>
        <w:rPr>
          <w:color w:val="000000"/>
        </w:rPr>
        <w:t>근거와</w:t>
      </w:r>
      <w:r>
        <w:rPr>
          <w:color w:val="000000"/>
        </w:rPr>
        <w:t xml:space="preserve"> MOCK </w:t>
      </w:r>
      <w:r>
        <w:rPr>
          <w:color w:val="000000"/>
        </w:rPr>
        <w:t>결과를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>.</w:t>
      </w:r>
    </w:p>
    <w:p w14:paraId="78C87C20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보류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사유와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실행되지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않은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단계를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3E4EC8FE" w14:textId="77777777" w:rsidR="00C25814" w:rsidRDefault="004F692B">
      <w:r>
        <w:br w:type="page"/>
      </w:r>
    </w:p>
    <w:p w14:paraId="6F818B5E" w14:textId="77777777" w:rsidR="00C25814" w:rsidRDefault="004F692B">
      <w:pPr>
        <w:pStyle w:val="1"/>
        <w:spacing w:after="180"/>
      </w:pPr>
      <w:bookmarkStart w:id="22" w:name="scene22"/>
      <w:r>
        <w:lastRenderedPageBreak/>
        <w:t xml:space="preserve">22 </w:t>
      </w:r>
      <w:r>
        <w:t>개인</w:t>
      </w:r>
      <w:r>
        <w:t xml:space="preserve"> </w:t>
      </w:r>
      <w:r>
        <w:t>고객의</w:t>
      </w:r>
      <w:r>
        <w:t xml:space="preserve"> </w:t>
      </w:r>
      <w:r>
        <w:t>거래</w:t>
      </w:r>
      <w:r>
        <w:t xml:space="preserve"> </w:t>
      </w:r>
      <w:r>
        <w:t>범위</w:t>
      </w:r>
      <w:bookmarkEnd w:id="22"/>
    </w:p>
    <w:p w14:paraId="57CC7FD8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개인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고객</w:t>
      </w:r>
    </w:p>
    <w:p w14:paraId="5B51747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개인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고객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 xml:space="preserve"> / </w:t>
      </w:r>
      <w:r>
        <w:rPr>
          <w:color w:val="000000"/>
          <w:sz w:val="20"/>
        </w:rPr>
        <w:t>송금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요청</w:t>
      </w:r>
      <w:r>
        <w:rPr>
          <w:color w:val="000000"/>
          <w:sz w:val="20"/>
        </w:rPr>
        <w:t>.</w:t>
      </w:r>
    </w:p>
    <w:p w14:paraId="5EEE8BEA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689C5F27" wp14:editId="51FB3BC0">
            <wp:extent cx="5180814" cy="2916000"/>
            <wp:effectExtent l="0" t="0" r="0" b="0"/>
            <wp:docPr id="25" name="Picture 25" descr="저장 화면 22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A8C2B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22 · 2026-10-02 · REVIEW</w:t>
      </w:r>
    </w:p>
    <w:p w14:paraId="78600045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15F74F2E" w14:textId="77777777" w:rsidR="00C25814" w:rsidRDefault="004F692B">
      <w:pPr>
        <w:spacing w:after="100" w:line="264" w:lineRule="auto"/>
      </w:pPr>
      <w:r>
        <w:rPr>
          <w:color w:val="000000"/>
        </w:rPr>
        <w:t>개인</w:t>
      </w:r>
      <w:r>
        <w:rPr>
          <w:color w:val="000000"/>
        </w:rPr>
        <w:t xml:space="preserve"> </w:t>
      </w:r>
      <w:r>
        <w:rPr>
          <w:color w:val="000000"/>
        </w:rPr>
        <w:t>고객은</w:t>
      </w:r>
      <w:r>
        <w:rPr>
          <w:color w:val="000000"/>
        </w:rPr>
        <w:t xml:space="preserve"> </w:t>
      </w:r>
      <w:r>
        <w:rPr>
          <w:color w:val="000000"/>
        </w:rPr>
        <w:t>본인에게</w:t>
      </w:r>
      <w:r>
        <w:rPr>
          <w:color w:val="000000"/>
        </w:rPr>
        <w:t xml:space="preserve"> </w:t>
      </w:r>
      <w:r>
        <w:rPr>
          <w:color w:val="000000"/>
        </w:rPr>
        <w:t>배정된</w:t>
      </w:r>
      <w:r>
        <w:rPr>
          <w:color w:val="000000"/>
        </w:rPr>
        <w:t xml:space="preserve"> </w:t>
      </w:r>
      <w:r>
        <w:rPr>
          <w:color w:val="000000"/>
        </w:rPr>
        <w:t>거래와</w:t>
      </w:r>
      <w:r>
        <w:rPr>
          <w:color w:val="000000"/>
        </w:rPr>
        <w:t xml:space="preserve"> </w:t>
      </w:r>
      <w:r>
        <w:rPr>
          <w:color w:val="000000"/>
        </w:rPr>
        <w:t>근거만</w:t>
      </w:r>
      <w:r>
        <w:rPr>
          <w:color w:val="000000"/>
        </w:rPr>
        <w:t xml:space="preserve"> </w:t>
      </w:r>
      <w:r>
        <w:rPr>
          <w:color w:val="000000"/>
        </w:rPr>
        <w:t>조회합니다</w:t>
      </w:r>
      <w:r>
        <w:rPr>
          <w:color w:val="000000"/>
        </w:rPr>
        <w:t xml:space="preserve">. </w:t>
      </w:r>
      <w:r>
        <w:rPr>
          <w:color w:val="000000"/>
        </w:rPr>
        <w:t>기관</w:t>
      </w:r>
      <w:r>
        <w:rPr>
          <w:color w:val="000000"/>
        </w:rPr>
        <w:t xml:space="preserve"> </w:t>
      </w:r>
      <w:r>
        <w:rPr>
          <w:color w:val="000000"/>
        </w:rPr>
        <w:t>직원이</w:t>
      </w:r>
      <w:r>
        <w:rPr>
          <w:color w:val="000000"/>
        </w:rPr>
        <w:t xml:space="preserve"> </w:t>
      </w:r>
      <w:r>
        <w:rPr>
          <w:color w:val="000000"/>
        </w:rPr>
        <w:t>보는</w:t>
      </w:r>
      <w:r>
        <w:rPr>
          <w:color w:val="000000"/>
        </w:rPr>
        <w:t xml:space="preserve"> </w:t>
      </w:r>
      <w:r>
        <w:rPr>
          <w:color w:val="000000"/>
        </w:rPr>
        <w:t>전체</w:t>
      </w:r>
      <w:r>
        <w:rPr>
          <w:color w:val="000000"/>
        </w:rPr>
        <w:t xml:space="preserve"> </w:t>
      </w:r>
      <w:r>
        <w:rPr>
          <w:color w:val="000000"/>
        </w:rPr>
        <w:t>거래를</w:t>
      </w:r>
      <w:r>
        <w:rPr>
          <w:color w:val="000000"/>
        </w:rPr>
        <w:t xml:space="preserve"> </w:t>
      </w: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화면에</w:t>
      </w:r>
      <w:r>
        <w:rPr>
          <w:color w:val="000000"/>
        </w:rPr>
        <w:t xml:space="preserve"> </w:t>
      </w:r>
      <w:r>
        <w:rPr>
          <w:color w:val="000000"/>
        </w:rPr>
        <w:t>노출하지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4BA55D52" w14:textId="77777777" w:rsidR="00C25814" w:rsidRDefault="004F692B">
      <w:pPr>
        <w:spacing w:after="100" w:line="264" w:lineRule="auto"/>
      </w:pP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요청은</w:t>
      </w:r>
      <w:r>
        <w:rPr>
          <w:color w:val="000000"/>
        </w:rPr>
        <w:t xml:space="preserve"> </w:t>
      </w:r>
      <w:r>
        <w:rPr>
          <w:color w:val="000000"/>
        </w:rPr>
        <w:t>로그인</w:t>
      </w:r>
      <w:r>
        <w:rPr>
          <w:color w:val="000000"/>
        </w:rPr>
        <w:t xml:space="preserve"> </w:t>
      </w:r>
      <w:r>
        <w:rPr>
          <w:color w:val="000000"/>
        </w:rPr>
        <w:t>고객</w:t>
      </w:r>
      <w:r>
        <w:rPr>
          <w:color w:val="000000"/>
        </w:rPr>
        <w:t xml:space="preserve">,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수취인</w:t>
      </w:r>
      <w:r>
        <w:rPr>
          <w:color w:val="000000"/>
        </w:rPr>
        <w:t xml:space="preserve">, </w:t>
      </w:r>
      <w:r>
        <w:rPr>
          <w:color w:val="000000"/>
        </w:rPr>
        <w:t>견적과</w:t>
      </w:r>
      <w:r>
        <w:rPr>
          <w:color w:val="000000"/>
        </w:rPr>
        <w:t xml:space="preserve"> </w:t>
      </w:r>
      <w:r>
        <w:rPr>
          <w:color w:val="000000"/>
        </w:rPr>
        <w:t>한도에</w:t>
      </w:r>
      <w:r>
        <w:rPr>
          <w:color w:val="000000"/>
        </w:rPr>
        <w:t xml:space="preserve"> </w:t>
      </w:r>
      <w:r>
        <w:rPr>
          <w:color w:val="000000"/>
        </w:rPr>
        <w:t>결합됩니다</w:t>
      </w:r>
      <w:r>
        <w:rPr>
          <w:color w:val="000000"/>
        </w:rPr>
        <w:t xml:space="preserve">. </w:t>
      </w:r>
      <w:r>
        <w:rPr>
          <w:color w:val="000000"/>
        </w:rPr>
        <w:t>언어를</w:t>
      </w:r>
      <w:r>
        <w:rPr>
          <w:color w:val="000000"/>
        </w:rPr>
        <w:t xml:space="preserve"> </w:t>
      </w:r>
      <w:r>
        <w:rPr>
          <w:color w:val="000000"/>
        </w:rPr>
        <w:t>바꾸거나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번호를</w:t>
      </w:r>
      <w:r>
        <w:rPr>
          <w:color w:val="000000"/>
        </w:rPr>
        <w:t xml:space="preserve"> </w:t>
      </w:r>
      <w:r>
        <w:rPr>
          <w:color w:val="000000"/>
        </w:rPr>
        <w:t>바꾸어</w:t>
      </w:r>
      <w:r>
        <w:rPr>
          <w:color w:val="000000"/>
        </w:rPr>
        <w:t xml:space="preserve"> </w:t>
      </w:r>
      <w:r>
        <w:rPr>
          <w:color w:val="000000"/>
        </w:rPr>
        <w:t>다른</w:t>
      </w:r>
      <w:r>
        <w:rPr>
          <w:color w:val="000000"/>
        </w:rPr>
        <w:t xml:space="preserve"> </w:t>
      </w:r>
      <w:r>
        <w:rPr>
          <w:color w:val="000000"/>
        </w:rPr>
        <w:t>고객의</w:t>
      </w:r>
      <w:r>
        <w:rPr>
          <w:color w:val="000000"/>
        </w:rPr>
        <w:t xml:space="preserve"> </w:t>
      </w:r>
      <w:r>
        <w:rPr>
          <w:color w:val="000000"/>
        </w:rPr>
        <w:t>권한을</w:t>
      </w:r>
      <w:r>
        <w:rPr>
          <w:color w:val="000000"/>
        </w:rPr>
        <w:t xml:space="preserve"> </w:t>
      </w:r>
      <w:r>
        <w:rPr>
          <w:color w:val="000000"/>
        </w:rPr>
        <w:t>얻을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>.</w:t>
      </w:r>
    </w:p>
    <w:p w14:paraId="21F9E2D1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현재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고객에게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배정된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범위를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0A7F1F1B" w14:textId="77777777" w:rsidR="00C25814" w:rsidRDefault="004F692B">
      <w:r>
        <w:br w:type="page"/>
      </w:r>
    </w:p>
    <w:p w14:paraId="49D9049B" w14:textId="77777777" w:rsidR="00C25814" w:rsidRDefault="004F692B">
      <w:pPr>
        <w:pStyle w:val="1"/>
        <w:spacing w:after="180"/>
      </w:pPr>
      <w:bookmarkStart w:id="23" w:name="scene23"/>
      <w:r>
        <w:lastRenderedPageBreak/>
        <w:t xml:space="preserve">23 </w:t>
      </w:r>
      <w:r>
        <w:t>기업</w:t>
      </w:r>
      <w:r>
        <w:t xml:space="preserve"> </w:t>
      </w:r>
      <w:r>
        <w:t>고객의</w:t>
      </w:r>
      <w:r>
        <w:t xml:space="preserve"> </w:t>
      </w:r>
      <w:r>
        <w:t>업무</w:t>
      </w:r>
      <w:r>
        <w:t xml:space="preserve"> </w:t>
      </w:r>
      <w:r>
        <w:t>범위</w:t>
      </w:r>
      <w:bookmarkEnd w:id="23"/>
    </w:p>
    <w:p w14:paraId="2592982F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기업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고객</w:t>
      </w:r>
    </w:p>
    <w:p w14:paraId="03E50FCE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기업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고객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>.</w:t>
      </w:r>
    </w:p>
    <w:p w14:paraId="059C0551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2E3013C3" wp14:editId="0572DF9C">
            <wp:extent cx="5180814" cy="2916000"/>
            <wp:effectExtent l="0" t="0" r="0" b="0"/>
            <wp:docPr id="26" name="Picture 26" descr="저장 화면 23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9FBC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23 · 2026-10-02 · REVIEW</w:t>
      </w:r>
    </w:p>
    <w:p w14:paraId="73F0C8AF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774FD629" w14:textId="77777777" w:rsidR="00C25814" w:rsidRDefault="004F692B">
      <w:pPr>
        <w:spacing w:after="100" w:line="264" w:lineRule="auto"/>
      </w:pPr>
      <w:r>
        <w:rPr>
          <w:color w:val="000000"/>
        </w:rPr>
        <w:t>기업</w:t>
      </w:r>
      <w:r>
        <w:rPr>
          <w:color w:val="000000"/>
        </w:rPr>
        <w:t xml:space="preserve"> </w:t>
      </w:r>
      <w:r>
        <w:rPr>
          <w:color w:val="000000"/>
        </w:rPr>
        <w:t>고객은</w:t>
      </w:r>
      <w:r>
        <w:rPr>
          <w:color w:val="000000"/>
        </w:rPr>
        <w:t xml:space="preserve"> </w:t>
      </w:r>
      <w:r>
        <w:rPr>
          <w:color w:val="000000"/>
        </w:rPr>
        <w:t>기관</w:t>
      </w:r>
      <w:r>
        <w:rPr>
          <w:color w:val="000000"/>
        </w:rPr>
        <w:t>·</w:t>
      </w:r>
      <w:r>
        <w:rPr>
          <w:color w:val="000000"/>
        </w:rPr>
        <w:t>기업</w:t>
      </w:r>
      <w:r>
        <w:rPr>
          <w:color w:val="000000"/>
        </w:rPr>
        <w:t>·</w:t>
      </w: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소속에</w:t>
      </w:r>
      <w:r>
        <w:rPr>
          <w:color w:val="000000"/>
        </w:rPr>
        <w:t xml:space="preserve"> </w:t>
      </w:r>
      <w:r>
        <w:rPr>
          <w:color w:val="000000"/>
        </w:rPr>
        <w:t>연결된</w:t>
      </w:r>
      <w:r>
        <w:rPr>
          <w:color w:val="000000"/>
        </w:rPr>
        <w:t xml:space="preserve"> </w:t>
      </w:r>
      <w:r>
        <w:rPr>
          <w:color w:val="000000"/>
        </w:rPr>
        <w:t>거래를</w:t>
      </w:r>
      <w:r>
        <w:rPr>
          <w:color w:val="000000"/>
        </w:rPr>
        <w:t xml:space="preserve"> </w:t>
      </w:r>
      <w:r>
        <w:rPr>
          <w:color w:val="000000"/>
        </w:rPr>
        <w:t>조회합니다</w:t>
      </w:r>
      <w:r>
        <w:rPr>
          <w:color w:val="000000"/>
        </w:rPr>
        <w:t xml:space="preserve">. </w:t>
      </w:r>
      <w:r>
        <w:rPr>
          <w:color w:val="000000"/>
        </w:rPr>
        <w:t>접근</w:t>
      </w:r>
      <w:r>
        <w:rPr>
          <w:color w:val="000000"/>
        </w:rPr>
        <w:t xml:space="preserve"> </w:t>
      </w:r>
      <w:r>
        <w:rPr>
          <w:color w:val="000000"/>
        </w:rPr>
        <w:t>정책과</w:t>
      </w:r>
      <w:r>
        <w:rPr>
          <w:color w:val="000000"/>
        </w:rPr>
        <w:t xml:space="preserve"> </w:t>
      </w:r>
      <w:r>
        <w:rPr>
          <w:color w:val="000000"/>
        </w:rPr>
        <w:t>기업</w:t>
      </w:r>
      <w:r>
        <w:rPr>
          <w:color w:val="000000"/>
        </w:rPr>
        <w:t xml:space="preserve"> API </w:t>
      </w:r>
      <w:r>
        <w:rPr>
          <w:color w:val="000000"/>
        </w:rPr>
        <w:t>설정도</w:t>
      </w:r>
      <w:r>
        <w:rPr>
          <w:color w:val="000000"/>
        </w:rPr>
        <w:t xml:space="preserve"> </w:t>
      </w:r>
      <w:r>
        <w:rPr>
          <w:color w:val="000000"/>
        </w:rPr>
        <w:t>해당</w:t>
      </w:r>
      <w:r>
        <w:rPr>
          <w:color w:val="000000"/>
        </w:rPr>
        <w:t xml:space="preserve"> </w:t>
      </w:r>
      <w:r>
        <w:rPr>
          <w:color w:val="000000"/>
        </w:rPr>
        <w:t>범위에서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4CD7D503" w14:textId="77777777" w:rsidR="00C25814" w:rsidRDefault="004F692B">
      <w:pPr>
        <w:spacing w:after="100" w:line="264" w:lineRule="auto"/>
      </w:pPr>
      <w:r>
        <w:rPr>
          <w:color w:val="000000"/>
        </w:rPr>
        <w:t>소속</w:t>
      </w:r>
      <w:r>
        <w:rPr>
          <w:color w:val="000000"/>
        </w:rPr>
        <w:t xml:space="preserve"> </w:t>
      </w:r>
      <w:r>
        <w:rPr>
          <w:color w:val="000000"/>
        </w:rPr>
        <w:t>변경</w:t>
      </w:r>
      <w:r>
        <w:rPr>
          <w:color w:val="000000"/>
        </w:rPr>
        <w:t xml:space="preserve">, </w:t>
      </w:r>
      <w:r>
        <w:rPr>
          <w:color w:val="000000"/>
        </w:rPr>
        <w:t>만료</w:t>
      </w:r>
      <w:r>
        <w:rPr>
          <w:color w:val="000000"/>
        </w:rPr>
        <w:t xml:space="preserve">, </w:t>
      </w:r>
      <w:r>
        <w:rPr>
          <w:color w:val="000000"/>
        </w:rPr>
        <w:t>정지와</w:t>
      </w:r>
      <w:r>
        <w:rPr>
          <w:color w:val="000000"/>
        </w:rPr>
        <w:t xml:space="preserve"> </w:t>
      </w:r>
      <w:r>
        <w:rPr>
          <w:color w:val="000000"/>
        </w:rPr>
        <w:t>회수는</w:t>
      </w:r>
      <w:r>
        <w:rPr>
          <w:color w:val="000000"/>
        </w:rPr>
        <w:t xml:space="preserve">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요청에</w:t>
      </w:r>
      <w:r>
        <w:rPr>
          <w:color w:val="000000"/>
        </w:rPr>
        <w:t xml:space="preserve"> </w:t>
      </w:r>
      <w:r>
        <w:rPr>
          <w:color w:val="000000"/>
        </w:rPr>
        <w:t>적용하며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당시</w:t>
      </w:r>
      <w:r>
        <w:rPr>
          <w:color w:val="000000"/>
        </w:rPr>
        <w:t xml:space="preserve"> </w:t>
      </w:r>
      <w:r>
        <w:rPr>
          <w:color w:val="000000"/>
        </w:rPr>
        <w:t>소속과</w:t>
      </w:r>
      <w:r>
        <w:rPr>
          <w:color w:val="000000"/>
        </w:rPr>
        <w:t xml:space="preserve"> </w:t>
      </w:r>
      <w:r>
        <w:rPr>
          <w:color w:val="000000"/>
        </w:rPr>
        <w:t>근거는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 xml:space="preserve">.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파트너</w:t>
      </w:r>
      <w:r>
        <w:rPr>
          <w:color w:val="000000"/>
        </w:rPr>
        <w:t xml:space="preserve"> </w:t>
      </w:r>
      <w:r>
        <w:rPr>
          <w:color w:val="000000"/>
        </w:rPr>
        <w:t>인증은</w:t>
      </w:r>
      <w:r>
        <w:rPr>
          <w:color w:val="000000"/>
        </w:rPr>
        <w:t xml:space="preserve"> </w:t>
      </w:r>
      <w:r>
        <w:rPr>
          <w:color w:val="000000"/>
        </w:rPr>
        <w:t>별도</w:t>
      </w:r>
      <w:r>
        <w:rPr>
          <w:color w:val="000000"/>
        </w:rPr>
        <w:t xml:space="preserve"> </w:t>
      </w:r>
      <w:r>
        <w:rPr>
          <w:color w:val="000000"/>
        </w:rPr>
        <w:t>연동</w:t>
      </w:r>
      <w:r>
        <w:rPr>
          <w:color w:val="000000"/>
        </w:rPr>
        <w:t xml:space="preserve"> </w:t>
      </w:r>
      <w:r>
        <w:rPr>
          <w:color w:val="000000"/>
        </w:rPr>
        <w:t>검증이</w:t>
      </w:r>
      <w:r>
        <w:rPr>
          <w:color w:val="000000"/>
        </w:rPr>
        <w:t xml:space="preserve"> </w:t>
      </w:r>
      <w:r>
        <w:rPr>
          <w:color w:val="000000"/>
        </w:rPr>
        <w:t>필요합니다</w:t>
      </w:r>
      <w:r>
        <w:rPr>
          <w:color w:val="000000"/>
        </w:rPr>
        <w:t>.</w:t>
      </w:r>
    </w:p>
    <w:p w14:paraId="0F13A025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기업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소속과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접근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7EF36CED" w14:textId="77777777" w:rsidR="00C25814" w:rsidRDefault="004F692B">
      <w:r>
        <w:br w:type="page"/>
      </w:r>
    </w:p>
    <w:p w14:paraId="5BA6B6DC" w14:textId="77777777" w:rsidR="00C25814" w:rsidRDefault="004F692B">
      <w:pPr>
        <w:pStyle w:val="1"/>
        <w:spacing w:after="180"/>
      </w:pPr>
      <w:bookmarkStart w:id="24" w:name="scene24"/>
      <w:r>
        <w:lastRenderedPageBreak/>
        <w:t xml:space="preserve">24 AI </w:t>
      </w:r>
      <w:r>
        <w:t>사용</w:t>
      </w:r>
      <w:r>
        <w:t xml:space="preserve"> </w:t>
      </w:r>
      <w:r>
        <w:t>정책</w:t>
      </w:r>
      <w:bookmarkEnd w:id="24"/>
    </w:p>
    <w:p w14:paraId="25C1EC04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1B8823F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기관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관리자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설정센터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설정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유형에서</w:t>
      </w:r>
      <w:r>
        <w:rPr>
          <w:color w:val="000000"/>
          <w:sz w:val="20"/>
        </w:rPr>
        <w:t xml:space="preserve"> AI </w:t>
      </w:r>
      <w:r>
        <w:rPr>
          <w:color w:val="000000"/>
          <w:sz w:val="20"/>
        </w:rPr>
        <w:t>사용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정책</w:t>
      </w:r>
      <w:r>
        <w:rPr>
          <w:color w:val="000000"/>
          <w:sz w:val="20"/>
        </w:rPr>
        <w:t xml:space="preserve"> · D30 </w:t>
      </w:r>
      <w:r>
        <w:rPr>
          <w:color w:val="000000"/>
          <w:sz w:val="20"/>
        </w:rPr>
        <w:t>선택</w:t>
      </w:r>
      <w:r>
        <w:rPr>
          <w:color w:val="000000"/>
          <w:sz w:val="20"/>
        </w:rPr>
        <w:t>.</w:t>
      </w:r>
    </w:p>
    <w:p w14:paraId="50D91572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22F906E4" wp14:editId="468A1A8A">
            <wp:extent cx="5180814" cy="2916000"/>
            <wp:effectExtent l="0" t="0" r="0" b="0"/>
            <wp:docPr id="27" name="Picture 27" descr="저장 화면 24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89846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24 · 2026-10-02 · REVIEW</w:t>
      </w:r>
    </w:p>
    <w:p w14:paraId="51967172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138B0F37" w14:textId="77777777" w:rsidR="00C25814" w:rsidRDefault="004F692B">
      <w:pPr>
        <w:spacing w:after="100" w:line="264" w:lineRule="auto"/>
      </w:pPr>
      <w:r>
        <w:rPr>
          <w:color w:val="000000"/>
        </w:rPr>
        <w:t>AI</w:t>
      </w:r>
      <w:r>
        <w:rPr>
          <w:color w:val="000000"/>
        </w:rPr>
        <w:t>는</w:t>
      </w:r>
      <w:r>
        <w:rPr>
          <w:color w:val="000000"/>
        </w:rPr>
        <w:t xml:space="preserve"> </w:t>
      </w:r>
      <w:r>
        <w:rPr>
          <w:color w:val="000000"/>
        </w:rPr>
        <w:t>근거</w:t>
      </w:r>
      <w:r>
        <w:rPr>
          <w:color w:val="000000"/>
        </w:rPr>
        <w:t xml:space="preserve"> </w:t>
      </w:r>
      <w:r>
        <w:rPr>
          <w:color w:val="000000"/>
        </w:rPr>
        <w:t>설명</w:t>
      </w:r>
      <w:r>
        <w:rPr>
          <w:color w:val="000000"/>
        </w:rPr>
        <w:t xml:space="preserve">, </w:t>
      </w:r>
      <w:r>
        <w:rPr>
          <w:color w:val="000000"/>
        </w:rPr>
        <w:t>검색과</w:t>
      </w:r>
      <w:r>
        <w:rPr>
          <w:color w:val="000000"/>
        </w:rPr>
        <w:t xml:space="preserve"> </w:t>
      </w:r>
      <w:r>
        <w:rPr>
          <w:color w:val="000000"/>
        </w:rPr>
        <w:t>초안</w:t>
      </w:r>
      <w:r>
        <w:rPr>
          <w:color w:val="000000"/>
        </w:rPr>
        <w:t xml:space="preserve"> </w:t>
      </w:r>
      <w:r>
        <w:rPr>
          <w:color w:val="000000"/>
        </w:rPr>
        <w:t>작성을</w:t>
      </w:r>
      <w:r>
        <w:rPr>
          <w:color w:val="000000"/>
        </w:rPr>
        <w:t xml:space="preserve"> </w:t>
      </w:r>
      <w:r>
        <w:rPr>
          <w:color w:val="000000"/>
        </w:rPr>
        <w:t>보조하며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서명</w:t>
      </w:r>
      <w:r>
        <w:rPr>
          <w:color w:val="000000"/>
        </w:rPr>
        <w:t>·</w:t>
      </w:r>
      <w:r>
        <w:rPr>
          <w:color w:val="000000"/>
        </w:rPr>
        <w:t>지급</w:t>
      </w:r>
      <w:r>
        <w:rPr>
          <w:color w:val="000000"/>
        </w:rPr>
        <w:t>·burn·</w:t>
      </w:r>
      <w:r>
        <w:rPr>
          <w:color w:val="000000"/>
        </w:rPr>
        <w:t>잠금</w:t>
      </w:r>
      <w:r>
        <w:rPr>
          <w:color w:val="000000"/>
        </w:rPr>
        <w:t xml:space="preserve"> </w:t>
      </w:r>
      <w:r>
        <w:rPr>
          <w:color w:val="000000"/>
        </w:rPr>
        <w:t>해제</w:t>
      </w:r>
      <w:r>
        <w:rPr>
          <w:color w:val="000000"/>
        </w:rPr>
        <w:t xml:space="preserve"> </w:t>
      </w:r>
      <w:r>
        <w:rPr>
          <w:color w:val="000000"/>
        </w:rPr>
        <w:t>권한을</w:t>
      </w:r>
      <w:r>
        <w:rPr>
          <w:color w:val="000000"/>
        </w:rPr>
        <w:t xml:space="preserve"> </w:t>
      </w:r>
      <w:r>
        <w:rPr>
          <w:color w:val="000000"/>
        </w:rPr>
        <w:t>갖지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 xml:space="preserve">. </w:t>
      </w:r>
      <w:r>
        <w:rPr>
          <w:color w:val="000000"/>
        </w:rPr>
        <w:t>허용</w:t>
      </w:r>
      <w:r>
        <w:rPr>
          <w:color w:val="000000"/>
        </w:rPr>
        <w:t xml:space="preserve"> </w:t>
      </w:r>
      <w:r>
        <w:rPr>
          <w:color w:val="000000"/>
        </w:rPr>
        <w:t>자료와</w:t>
      </w:r>
      <w:r>
        <w:rPr>
          <w:color w:val="000000"/>
        </w:rPr>
        <w:t xml:space="preserve"> </w:t>
      </w:r>
      <w:r>
        <w:rPr>
          <w:color w:val="000000"/>
        </w:rPr>
        <w:t>사용</w:t>
      </w:r>
      <w:r>
        <w:rPr>
          <w:color w:val="000000"/>
        </w:rPr>
        <w:t xml:space="preserve"> </w:t>
      </w:r>
      <w:r>
        <w:rPr>
          <w:color w:val="000000"/>
        </w:rPr>
        <w:t>한도는</w:t>
      </w:r>
      <w:r>
        <w:rPr>
          <w:color w:val="000000"/>
        </w:rPr>
        <w:t xml:space="preserve"> </w:t>
      </w:r>
      <w:r>
        <w:rPr>
          <w:color w:val="000000"/>
        </w:rPr>
        <w:t>정책으로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58D35A91" w14:textId="77777777" w:rsidR="00C25814" w:rsidRDefault="004F692B">
      <w:pPr>
        <w:spacing w:after="100" w:line="264" w:lineRule="auto"/>
      </w:pPr>
      <w:r>
        <w:rPr>
          <w:color w:val="000000"/>
        </w:rPr>
        <w:t>현재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모델은</w:t>
      </w:r>
      <w:r>
        <w:rPr>
          <w:color w:val="000000"/>
        </w:rPr>
        <w:t xml:space="preserve"> DISABLED·UNCONFIGURED</w:t>
      </w:r>
      <w:r>
        <w:rPr>
          <w:color w:val="000000"/>
        </w:rPr>
        <w:t>이며</w:t>
      </w:r>
      <w:r>
        <w:rPr>
          <w:color w:val="000000"/>
        </w:rPr>
        <w:t xml:space="preserve"> </w:t>
      </w:r>
      <w:r>
        <w:rPr>
          <w:color w:val="000000"/>
        </w:rPr>
        <w:t>외부</w:t>
      </w:r>
      <w:r>
        <w:rPr>
          <w:color w:val="000000"/>
        </w:rPr>
        <w:t xml:space="preserve"> </w:t>
      </w:r>
      <w:r>
        <w:rPr>
          <w:color w:val="000000"/>
        </w:rPr>
        <w:t>전송이</w:t>
      </w:r>
      <w:r>
        <w:rPr>
          <w:color w:val="000000"/>
        </w:rPr>
        <w:t xml:space="preserve"> </w:t>
      </w:r>
      <w:r>
        <w:rPr>
          <w:color w:val="000000"/>
        </w:rPr>
        <w:t>차단되어</w:t>
      </w:r>
      <w:r>
        <w:rPr>
          <w:color w:val="000000"/>
        </w:rPr>
        <w:t xml:space="preserve"> </w:t>
      </w:r>
      <w:r>
        <w:rPr>
          <w:color w:val="000000"/>
        </w:rPr>
        <w:t>있습니다</w:t>
      </w:r>
      <w:r>
        <w:rPr>
          <w:color w:val="000000"/>
        </w:rPr>
        <w:t xml:space="preserve">. </w:t>
      </w:r>
      <w:r>
        <w:rPr>
          <w:color w:val="000000"/>
        </w:rPr>
        <w:t>키</w:t>
      </w:r>
      <w:r>
        <w:rPr>
          <w:color w:val="000000"/>
        </w:rPr>
        <w:t xml:space="preserve"> </w:t>
      </w:r>
      <w:r>
        <w:rPr>
          <w:color w:val="000000"/>
        </w:rPr>
        <w:t>참조</w:t>
      </w:r>
      <w:r>
        <w:rPr>
          <w:color w:val="000000"/>
        </w:rPr>
        <w:t xml:space="preserve"> </w:t>
      </w:r>
      <w:r>
        <w:rPr>
          <w:color w:val="000000"/>
        </w:rPr>
        <w:t>등록만으로</w:t>
      </w:r>
      <w:r>
        <w:rPr>
          <w:color w:val="000000"/>
        </w:rPr>
        <w:t xml:space="preserve"> </w:t>
      </w:r>
      <w:r>
        <w:rPr>
          <w:color w:val="000000"/>
        </w:rPr>
        <w:t>모델이</w:t>
      </w:r>
      <w:r>
        <w:rPr>
          <w:color w:val="000000"/>
        </w:rPr>
        <w:t xml:space="preserve"> </w:t>
      </w:r>
      <w:r>
        <w:rPr>
          <w:color w:val="000000"/>
        </w:rPr>
        <w:t>활성화되지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3F463F3F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D30</w:t>
      </w:r>
      <w:r>
        <w:rPr>
          <w:color w:val="000000"/>
          <w:sz w:val="20"/>
        </w:rPr>
        <w:t>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허용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자료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사용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한도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비활성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04F5342C" w14:textId="77777777" w:rsidR="00C25814" w:rsidRDefault="004F692B">
      <w:r>
        <w:br w:type="page"/>
      </w:r>
    </w:p>
    <w:p w14:paraId="4DDF3F1F" w14:textId="77777777" w:rsidR="00C25814" w:rsidRDefault="004F692B">
      <w:pPr>
        <w:pStyle w:val="1"/>
        <w:spacing w:after="180"/>
      </w:pPr>
      <w:bookmarkStart w:id="25" w:name="scene25"/>
      <w:r>
        <w:lastRenderedPageBreak/>
        <w:t xml:space="preserve">25 </w:t>
      </w:r>
      <w:r>
        <w:t>근거와</w:t>
      </w:r>
      <w:r>
        <w:t xml:space="preserve"> </w:t>
      </w:r>
      <w:r>
        <w:t>보고</w:t>
      </w:r>
      <w:r>
        <w:t xml:space="preserve"> </w:t>
      </w:r>
      <w:r>
        <w:t>초안</w:t>
      </w:r>
      <w:bookmarkEnd w:id="25"/>
    </w:p>
    <w:p w14:paraId="08855883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기관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관리자</w:t>
      </w:r>
    </w:p>
    <w:p w14:paraId="7EA161AB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근거</w:t>
      </w:r>
      <w:r>
        <w:rPr>
          <w:color w:val="000000"/>
          <w:sz w:val="20"/>
        </w:rPr>
        <w:t>,</w:t>
      </w:r>
      <w:r>
        <w:rPr>
          <w:color w:val="000000"/>
          <w:sz w:val="20"/>
        </w:rPr>
        <w:t>보고</w:t>
      </w:r>
      <w:r>
        <w:rPr>
          <w:color w:val="000000"/>
          <w:sz w:val="20"/>
        </w:rPr>
        <w:t>,AI</w:t>
      </w:r>
      <w:r>
        <w:rPr>
          <w:color w:val="000000"/>
          <w:sz w:val="20"/>
        </w:rPr>
        <w:t>보조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로컬</w:t>
      </w:r>
      <w:r>
        <w:rPr>
          <w:color w:val="000000"/>
          <w:sz w:val="20"/>
        </w:rPr>
        <w:t xml:space="preserve"> DRAFT </w:t>
      </w:r>
      <w:r>
        <w:rPr>
          <w:color w:val="000000"/>
          <w:sz w:val="20"/>
        </w:rPr>
        <w:t>결과</w:t>
      </w:r>
      <w:r>
        <w:rPr>
          <w:color w:val="000000"/>
          <w:sz w:val="20"/>
        </w:rPr>
        <w:t>.</w:t>
      </w:r>
    </w:p>
    <w:p w14:paraId="102CD349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3B290570" wp14:editId="2FC26358">
            <wp:extent cx="5180814" cy="2916000"/>
            <wp:effectExtent l="0" t="0" r="0" b="0"/>
            <wp:docPr id="28" name="Picture 28" descr="저장 화면 25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25C3B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25 · 2026-10-02 · REVIEW</w:t>
      </w:r>
    </w:p>
    <w:p w14:paraId="2F890C91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37B3D4F1" w14:textId="77777777" w:rsidR="00C25814" w:rsidRDefault="004F692B">
      <w:pPr>
        <w:spacing w:after="100" w:line="264" w:lineRule="auto"/>
      </w:pPr>
      <w:r>
        <w:rPr>
          <w:color w:val="000000"/>
        </w:rPr>
        <w:t>‘</w:t>
      </w:r>
      <w:r>
        <w:rPr>
          <w:color w:val="000000"/>
        </w:rPr>
        <w:t>근거</w:t>
      </w:r>
      <w:r>
        <w:rPr>
          <w:color w:val="000000"/>
        </w:rPr>
        <w:t>,</w:t>
      </w:r>
      <w:r>
        <w:rPr>
          <w:color w:val="000000"/>
        </w:rPr>
        <w:t>보고</w:t>
      </w:r>
      <w:r>
        <w:rPr>
          <w:color w:val="000000"/>
        </w:rPr>
        <w:t>,AI</w:t>
      </w:r>
      <w:r>
        <w:rPr>
          <w:color w:val="000000"/>
        </w:rPr>
        <w:t>보조</w:t>
      </w:r>
      <w:r>
        <w:rPr>
          <w:color w:val="000000"/>
        </w:rPr>
        <w:t>’</w:t>
      </w:r>
      <w:r>
        <w:rPr>
          <w:color w:val="000000"/>
        </w:rPr>
        <w:t>에서</w:t>
      </w:r>
      <w:r>
        <w:rPr>
          <w:color w:val="000000"/>
        </w:rPr>
        <w:t xml:space="preserve"> </w:t>
      </w:r>
      <w:r>
        <w:rPr>
          <w:color w:val="000000"/>
        </w:rPr>
        <w:t>허용된</w:t>
      </w:r>
      <w:r>
        <w:rPr>
          <w:color w:val="000000"/>
        </w:rPr>
        <w:t xml:space="preserve"> </w:t>
      </w:r>
      <w:r>
        <w:rPr>
          <w:color w:val="000000"/>
        </w:rPr>
        <w:t>문서와</w:t>
      </w:r>
      <w:r>
        <w:rPr>
          <w:color w:val="000000"/>
        </w:rPr>
        <w:t xml:space="preserve"> </w:t>
      </w:r>
      <w:r>
        <w:rPr>
          <w:color w:val="000000"/>
        </w:rPr>
        <w:t>업무</w:t>
      </w:r>
      <w:r>
        <w:rPr>
          <w:color w:val="000000"/>
        </w:rPr>
        <w:t xml:space="preserve"> </w:t>
      </w:r>
      <w:r>
        <w:rPr>
          <w:color w:val="000000"/>
        </w:rPr>
        <w:t>근거를</w:t>
      </w:r>
      <w:r>
        <w:rPr>
          <w:color w:val="000000"/>
        </w:rPr>
        <w:t xml:space="preserve"> </w:t>
      </w:r>
      <w:r>
        <w:rPr>
          <w:color w:val="000000"/>
        </w:rPr>
        <w:t>읽고</w:t>
      </w:r>
      <w:r>
        <w:rPr>
          <w:color w:val="000000"/>
        </w:rPr>
        <w:t xml:space="preserve"> </w:t>
      </w:r>
      <w:r>
        <w:rPr>
          <w:color w:val="000000"/>
        </w:rPr>
        <w:t>설명</w:t>
      </w:r>
      <w:r>
        <w:rPr>
          <w:color w:val="000000"/>
        </w:rPr>
        <w:t>·</w:t>
      </w:r>
      <w:r>
        <w:rPr>
          <w:color w:val="000000"/>
        </w:rPr>
        <w:t>검색</w:t>
      </w:r>
      <w:r>
        <w:rPr>
          <w:color w:val="000000"/>
        </w:rPr>
        <w:t>·</w:t>
      </w:r>
      <w:r>
        <w:rPr>
          <w:color w:val="000000"/>
        </w:rPr>
        <w:t>보고</w:t>
      </w:r>
      <w:r>
        <w:rPr>
          <w:color w:val="000000"/>
        </w:rPr>
        <w:t xml:space="preserve"> </w:t>
      </w:r>
      <w:r>
        <w:rPr>
          <w:color w:val="000000"/>
        </w:rPr>
        <w:t>초안을</w:t>
      </w:r>
      <w:r>
        <w:rPr>
          <w:color w:val="000000"/>
        </w:rPr>
        <w:t xml:space="preserve"> </w:t>
      </w:r>
      <w:r>
        <w:rPr>
          <w:color w:val="000000"/>
        </w:rPr>
        <w:t>준비합니다</w:t>
      </w:r>
      <w:r>
        <w:rPr>
          <w:color w:val="000000"/>
        </w:rPr>
        <w:t xml:space="preserve">. </w:t>
      </w:r>
      <w:r>
        <w:rPr>
          <w:color w:val="000000"/>
        </w:rPr>
        <w:t>각</w:t>
      </w:r>
      <w:r>
        <w:rPr>
          <w:color w:val="000000"/>
        </w:rPr>
        <w:t xml:space="preserve"> </w:t>
      </w:r>
      <w:r>
        <w:rPr>
          <w:color w:val="000000"/>
        </w:rPr>
        <w:t>결과는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자료의</w:t>
      </w:r>
      <w:r>
        <w:rPr>
          <w:color w:val="000000"/>
        </w:rPr>
        <w:t xml:space="preserve"> </w:t>
      </w:r>
      <w:r>
        <w:rPr>
          <w:color w:val="000000"/>
        </w:rPr>
        <w:t>출처에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>.</w:t>
      </w:r>
    </w:p>
    <w:p w14:paraId="08FCF938" w14:textId="77777777" w:rsidR="00C25814" w:rsidRDefault="004F692B">
      <w:pPr>
        <w:spacing w:after="100" w:line="264" w:lineRule="auto"/>
      </w:pPr>
      <w:r>
        <w:rPr>
          <w:color w:val="000000"/>
        </w:rPr>
        <w:t>표시된</w:t>
      </w:r>
      <w:r>
        <w:rPr>
          <w:color w:val="000000"/>
        </w:rPr>
        <w:t xml:space="preserve"> </w:t>
      </w:r>
      <w:r>
        <w:rPr>
          <w:color w:val="000000"/>
        </w:rPr>
        <w:t>결과는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모델</w:t>
      </w:r>
      <w:r>
        <w:rPr>
          <w:color w:val="000000"/>
        </w:rPr>
        <w:t xml:space="preserve"> </w:t>
      </w:r>
      <w:r>
        <w:rPr>
          <w:color w:val="000000"/>
        </w:rPr>
        <w:t>없이</w:t>
      </w:r>
      <w:r>
        <w:rPr>
          <w:color w:val="000000"/>
        </w:rPr>
        <w:t xml:space="preserve"> </w:t>
      </w:r>
      <w:r>
        <w:rPr>
          <w:color w:val="000000"/>
        </w:rPr>
        <w:t>만든</w:t>
      </w:r>
      <w:r>
        <w:rPr>
          <w:color w:val="000000"/>
        </w:rPr>
        <w:t xml:space="preserve"> </w:t>
      </w:r>
      <w:r>
        <w:rPr>
          <w:color w:val="000000"/>
        </w:rPr>
        <w:t>로컬</w:t>
      </w:r>
      <w:r>
        <w:rPr>
          <w:color w:val="000000"/>
        </w:rPr>
        <w:t xml:space="preserve"> </w:t>
      </w:r>
      <w:r>
        <w:rPr>
          <w:color w:val="000000"/>
        </w:rPr>
        <w:t>근거</w:t>
      </w:r>
      <w:r>
        <w:rPr>
          <w:color w:val="000000"/>
        </w:rPr>
        <w:t xml:space="preserve"> </w:t>
      </w:r>
      <w:r>
        <w:rPr>
          <w:color w:val="000000"/>
        </w:rPr>
        <w:t>결과입니다</w:t>
      </w:r>
      <w:r>
        <w:rPr>
          <w:color w:val="000000"/>
        </w:rPr>
        <w:t xml:space="preserve">. </w:t>
      </w:r>
      <w:r>
        <w:rPr>
          <w:color w:val="000000"/>
        </w:rPr>
        <w:t>초안은</w:t>
      </w:r>
      <w:r>
        <w:rPr>
          <w:color w:val="000000"/>
        </w:rPr>
        <w:t xml:space="preserve"> </w:t>
      </w:r>
      <w:r>
        <w:rPr>
          <w:color w:val="000000"/>
        </w:rPr>
        <w:t>최종</w:t>
      </w:r>
      <w:r>
        <w:rPr>
          <w:color w:val="000000"/>
        </w:rPr>
        <w:t xml:space="preserve"> </w:t>
      </w:r>
      <w:r>
        <w:rPr>
          <w:color w:val="000000"/>
        </w:rPr>
        <w:t>보고서가</w:t>
      </w:r>
      <w:r>
        <w:rPr>
          <w:color w:val="000000"/>
        </w:rPr>
        <w:t xml:space="preserve"> </w:t>
      </w:r>
      <w:r>
        <w:rPr>
          <w:color w:val="000000"/>
        </w:rPr>
        <w:t>아니며</w:t>
      </w:r>
      <w:r>
        <w:rPr>
          <w:color w:val="000000"/>
        </w:rPr>
        <w:t xml:space="preserve"> </w:t>
      </w:r>
      <w:r>
        <w:rPr>
          <w:color w:val="000000"/>
        </w:rPr>
        <w:t>내용</w:t>
      </w:r>
      <w:r>
        <w:rPr>
          <w:color w:val="000000"/>
        </w:rPr>
        <w:t xml:space="preserve"> snapshot</w:t>
      </w:r>
      <w:r>
        <w:rPr>
          <w:color w:val="000000"/>
        </w:rPr>
        <w:t>과</w:t>
      </w:r>
      <w:r>
        <w:rPr>
          <w:color w:val="000000"/>
        </w:rPr>
        <w:t xml:space="preserve"> </w:t>
      </w:r>
      <w:r>
        <w:rPr>
          <w:color w:val="000000"/>
        </w:rPr>
        <w:t>업무</w:t>
      </w:r>
      <w:r>
        <w:rPr>
          <w:color w:val="000000"/>
        </w:rPr>
        <w:t xml:space="preserve"> </w:t>
      </w:r>
      <w:r>
        <w:rPr>
          <w:color w:val="000000"/>
        </w:rPr>
        <w:t>정책에</w:t>
      </w:r>
      <w:r>
        <w:rPr>
          <w:color w:val="000000"/>
        </w:rPr>
        <w:t xml:space="preserve"> </w:t>
      </w:r>
      <w:r>
        <w:rPr>
          <w:color w:val="000000"/>
        </w:rPr>
        <w:t>따른</w:t>
      </w:r>
      <w:r>
        <w:rPr>
          <w:color w:val="000000"/>
        </w:rPr>
        <w:t xml:space="preserve">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승인이</w:t>
      </w:r>
      <w:r>
        <w:rPr>
          <w:color w:val="000000"/>
        </w:rPr>
        <w:t xml:space="preserve"> </w:t>
      </w:r>
      <w:r>
        <w:rPr>
          <w:color w:val="000000"/>
        </w:rPr>
        <w:t>필요합니다</w:t>
      </w:r>
      <w:r>
        <w:rPr>
          <w:color w:val="000000"/>
        </w:rPr>
        <w:t>.</w:t>
      </w:r>
    </w:p>
    <w:p w14:paraId="6BF1A0C0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자료와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초안의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2FB0C390" w14:textId="77777777" w:rsidR="00C25814" w:rsidRDefault="004F692B">
      <w:r>
        <w:br w:type="page"/>
      </w:r>
    </w:p>
    <w:p w14:paraId="2B4B2EAD" w14:textId="77777777" w:rsidR="00C25814" w:rsidRDefault="004F692B">
      <w:pPr>
        <w:pStyle w:val="1"/>
        <w:spacing w:after="180"/>
      </w:pPr>
      <w:bookmarkStart w:id="26" w:name="scene26"/>
      <w:r>
        <w:lastRenderedPageBreak/>
        <w:t xml:space="preserve">26 </w:t>
      </w:r>
      <w:r>
        <w:t>미확인</w:t>
      </w:r>
      <w:r>
        <w:t xml:space="preserve"> </w:t>
      </w:r>
      <w:r>
        <w:t>거래의</w:t>
      </w:r>
      <w:r>
        <w:t xml:space="preserve"> </w:t>
      </w:r>
      <w:r>
        <w:t>복구</w:t>
      </w:r>
      <w:bookmarkEnd w:id="26"/>
    </w:p>
    <w:p w14:paraId="7E4A61A2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집행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담당자</w:t>
      </w:r>
    </w:p>
    <w:p w14:paraId="06908C4D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집행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담당자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로그인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복구센터</w:t>
      </w:r>
      <w:r>
        <w:rPr>
          <w:color w:val="000000"/>
          <w:sz w:val="20"/>
        </w:rPr>
        <w:t>.</w:t>
      </w:r>
    </w:p>
    <w:p w14:paraId="7263109B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4F69EFA6" wp14:editId="2E1B947D">
            <wp:extent cx="5180814" cy="2916000"/>
            <wp:effectExtent l="0" t="0" r="0" b="0"/>
            <wp:docPr id="29" name="Picture 29" descr="저장 화면 26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0F1B5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26 · 2026-10-02 · REVIEW</w:t>
      </w:r>
    </w:p>
    <w:p w14:paraId="36C5A012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569A9AEB" w14:textId="77777777" w:rsidR="00C25814" w:rsidRDefault="004F692B">
      <w:pPr>
        <w:spacing w:after="100" w:line="264" w:lineRule="auto"/>
      </w:pPr>
      <w:r>
        <w:rPr>
          <w:color w:val="000000"/>
        </w:rPr>
        <w:t>UNKNOWN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실패</w:t>
      </w:r>
      <w:r>
        <w:rPr>
          <w:color w:val="000000"/>
        </w:rPr>
        <w:t xml:space="preserve"> </w:t>
      </w:r>
      <w:r>
        <w:rPr>
          <w:color w:val="000000"/>
        </w:rPr>
        <w:t>확정이</w:t>
      </w:r>
      <w:r>
        <w:rPr>
          <w:color w:val="000000"/>
        </w:rPr>
        <w:t xml:space="preserve"> </w:t>
      </w:r>
      <w:r>
        <w:rPr>
          <w:color w:val="000000"/>
        </w:rPr>
        <w:t>아니라</w:t>
      </w:r>
      <w:r>
        <w:rPr>
          <w:color w:val="000000"/>
        </w:rPr>
        <w:t xml:space="preserve"> </w:t>
      </w:r>
      <w:r>
        <w:rPr>
          <w:color w:val="000000"/>
        </w:rPr>
        <w:t>결과</w:t>
      </w:r>
      <w:r>
        <w:rPr>
          <w:color w:val="000000"/>
        </w:rPr>
        <w:t xml:space="preserve"> </w:t>
      </w:r>
      <w:r>
        <w:rPr>
          <w:color w:val="000000"/>
        </w:rPr>
        <w:t>미확인입니다</w:t>
      </w:r>
      <w:r>
        <w:rPr>
          <w:color w:val="000000"/>
        </w:rPr>
        <w:t xml:space="preserve">. </w:t>
      </w:r>
      <w:r>
        <w:rPr>
          <w:color w:val="000000"/>
        </w:rPr>
        <w:t>시간초과</w:t>
      </w:r>
      <w:r>
        <w:rPr>
          <w:color w:val="000000"/>
        </w:rPr>
        <w:t xml:space="preserve"> </w:t>
      </w:r>
      <w:r>
        <w:rPr>
          <w:color w:val="000000"/>
        </w:rPr>
        <w:t>중에</w:t>
      </w:r>
      <w:r>
        <w:rPr>
          <w:color w:val="000000"/>
        </w:rPr>
        <w:t xml:space="preserve"> </w:t>
      </w:r>
      <w:r>
        <w:rPr>
          <w:color w:val="000000"/>
        </w:rPr>
        <w:t>지급되었을</w:t>
      </w:r>
      <w:r>
        <w:rPr>
          <w:color w:val="000000"/>
        </w:rPr>
        <w:t xml:space="preserve"> </w:t>
      </w:r>
      <w:r>
        <w:rPr>
          <w:color w:val="000000"/>
        </w:rPr>
        <w:t>수</w:t>
      </w:r>
      <w:r>
        <w:rPr>
          <w:color w:val="000000"/>
        </w:rPr>
        <w:t xml:space="preserve"> </w:t>
      </w:r>
      <w:r>
        <w:rPr>
          <w:color w:val="000000"/>
        </w:rPr>
        <w:t>있으므로</w:t>
      </w:r>
      <w:r>
        <w:rPr>
          <w:color w:val="000000"/>
        </w:rPr>
        <w:t xml:space="preserve">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지급이나</w:t>
      </w:r>
      <w:r>
        <w:rPr>
          <w:color w:val="000000"/>
        </w:rPr>
        <w:t xml:space="preserve"> </w:t>
      </w:r>
      <w:r>
        <w:rPr>
          <w:color w:val="000000"/>
        </w:rPr>
        <w:t>새</w:t>
      </w:r>
      <w:r>
        <w:rPr>
          <w:color w:val="000000"/>
        </w:rPr>
        <w:t xml:space="preserve"> burn</w:t>
      </w:r>
      <w:r>
        <w:rPr>
          <w:color w:val="000000"/>
        </w:rPr>
        <w:t>을</w:t>
      </w:r>
      <w:r>
        <w:rPr>
          <w:color w:val="000000"/>
        </w:rPr>
        <w:t xml:space="preserve"> </w:t>
      </w:r>
      <w:r>
        <w:rPr>
          <w:color w:val="000000"/>
        </w:rPr>
        <w:t>만들지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0436150C" w14:textId="77777777" w:rsidR="00C25814" w:rsidRDefault="004F692B">
      <w:pPr>
        <w:spacing w:after="100" w:line="264" w:lineRule="auto"/>
      </w:pP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</w:t>
      </w:r>
      <w:r>
        <w:rPr>
          <w:color w:val="000000"/>
        </w:rPr>
        <w:t>·</w:t>
      </w:r>
      <w:r>
        <w:rPr>
          <w:color w:val="000000"/>
        </w:rPr>
        <w:t>경로</w:t>
      </w:r>
      <w:r>
        <w:rPr>
          <w:color w:val="000000"/>
        </w:rPr>
        <w:t>·</w:t>
      </w:r>
      <w:r>
        <w:rPr>
          <w:color w:val="000000"/>
        </w:rPr>
        <w:t>수취인</w:t>
      </w:r>
      <w:r>
        <w:rPr>
          <w:color w:val="000000"/>
        </w:rPr>
        <w:t>·</w:t>
      </w:r>
      <w:r>
        <w:rPr>
          <w:color w:val="000000"/>
        </w:rPr>
        <w:t>견적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설정</w:t>
      </w:r>
      <w:r>
        <w:rPr>
          <w:color w:val="000000"/>
        </w:rPr>
        <w:t xml:space="preserve"> snapshot</w:t>
      </w:r>
      <w:r>
        <w:rPr>
          <w:color w:val="000000"/>
        </w:rPr>
        <w:t>으로</w:t>
      </w:r>
      <w:r>
        <w:rPr>
          <w:color w:val="000000"/>
        </w:rPr>
        <w:t xml:space="preserve"> receipt</w:t>
      </w:r>
      <w:r>
        <w:rPr>
          <w:color w:val="000000"/>
        </w:rPr>
        <w:t>를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이후</w:t>
      </w:r>
      <w:r>
        <w:rPr>
          <w:color w:val="000000"/>
        </w:rPr>
        <w:t xml:space="preserve"> </w:t>
      </w:r>
      <w:r>
        <w:rPr>
          <w:color w:val="000000"/>
        </w:rPr>
        <w:t>설정이</w:t>
      </w:r>
      <w:r>
        <w:rPr>
          <w:color w:val="000000"/>
        </w:rPr>
        <w:t xml:space="preserve"> </w:t>
      </w:r>
      <w:r>
        <w:rPr>
          <w:color w:val="000000"/>
        </w:rPr>
        <w:t>바뀌어도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조건을</w:t>
      </w:r>
      <w:r>
        <w:rPr>
          <w:color w:val="000000"/>
        </w:rPr>
        <w:t xml:space="preserve"> </w:t>
      </w:r>
      <w:r>
        <w:rPr>
          <w:color w:val="000000"/>
        </w:rPr>
        <w:t>유지하며</w:t>
      </w:r>
      <w:r>
        <w:rPr>
          <w:color w:val="000000"/>
        </w:rPr>
        <w:t xml:space="preserve"> 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경로</w:t>
      </w:r>
      <w:r>
        <w:rPr>
          <w:color w:val="000000"/>
        </w:rPr>
        <w:t xml:space="preserve"> </w:t>
      </w:r>
      <w:r>
        <w:rPr>
          <w:color w:val="000000"/>
        </w:rPr>
        <w:t>변경이나</w:t>
      </w:r>
      <w:r>
        <w:rPr>
          <w:color w:val="000000"/>
        </w:rPr>
        <w:t xml:space="preserve"> MOCK </w:t>
      </w:r>
      <w:r>
        <w:rPr>
          <w:color w:val="000000"/>
        </w:rPr>
        <w:t>성공으로</w:t>
      </w:r>
      <w:r>
        <w:rPr>
          <w:color w:val="000000"/>
        </w:rPr>
        <w:t xml:space="preserve"> </w:t>
      </w:r>
      <w:r>
        <w:rPr>
          <w:color w:val="000000"/>
        </w:rPr>
        <w:t>대체하지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29D22183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거래의</w:t>
      </w:r>
      <w:r>
        <w:rPr>
          <w:color w:val="000000"/>
          <w:sz w:val="20"/>
        </w:rPr>
        <w:t xml:space="preserve"> receipt</w:t>
      </w:r>
      <w:r>
        <w:rPr>
          <w:color w:val="000000"/>
          <w:sz w:val="20"/>
        </w:rPr>
        <w:t>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재조회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이력을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7D5C623F" w14:textId="77777777" w:rsidR="00C25814" w:rsidRDefault="004F692B">
      <w:r>
        <w:br w:type="page"/>
      </w:r>
    </w:p>
    <w:p w14:paraId="5C320BE9" w14:textId="77777777" w:rsidR="00C25814" w:rsidRDefault="004F692B">
      <w:pPr>
        <w:pStyle w:val="1"/>
        <w:spacing w:after="180"/>
      </w:pPr>
      <w:bookmarkStart w:id="27" w:name="scene27"/>
      <w:r>
        <w:lastRenderedPageBreak/>
        <w:t xml:space="preserve">27 </w:t>
      </w:r>
      <w:r>
        <w:t>계정과</w:t>
      </w:r>
      <w:r>
        <w:t xml:space="preserve"> </w:t>
      </w:r>
      <w:r>
        <w:t>접근</w:t>
      </w:r>
      <w:r>
        <w:t xml:space="preserve"> </w:t>
      </w:r>
      <w:r>
        <w:t>관리</w:t>
      </w:r>
      <w:bookmarkEnd w:id="27"/>
    </w:p>
    <w:p w14:paraId="06FFE1C2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슈퍼관리자</w:t>
      </w:r>
    </w:p>
    <w:p w14:paraId="21848979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최고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관리자</w:t>
      </w:r>
      <w:r>
        <w:rPr>
          <w:color w:val="000000"/>
          <w:sz w:val="20"/>
        </w:rPr>
        <w:t xml:space="preserve"> → </w:t>
      </w:r>
      <w:r>
        <w:rPr>
          <w:color w:val="000000"/>
          <w:sz w:val="20"/>
        </w:rPr>
        <w:t>계정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관리</w:t>
      </w:r>
      <w:r>
        <w:rPr>
          <w:color w:val="000000"/>
          <w:sz w:val="20"/>
        </w:rPr>
        <w:t>.</w:t>
      </w:r>
    </w:p>
    <w:p w14:paraId="749AB10F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731C4970" wp14:editId="1F3A3936">
            <wp:extent cx="4605168" cy="2592000"/>
            <wp:effectExtent l="0" t="0" r="0" b="0"/>
            <wp:docPr id="30" name="Picture 30" descr="저장 화면 27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5168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77EF0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27 · 2026-10-02 · REVIEW</w:t>
      </w:r>
    </w:p>
    <w:p w14:paraId="021DAC03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475C9514" w14:textId="77777777" w:rsidR="00C25814" w:rsidRDefault="004F692B">
      <w:pPr>
        <w:spacing w:after="100" w:line="264" w:lineRule="auto"/>
      </w:pPr>
      <w:r>
        <w:rPr>
          <w:color w:val="000000"/>
        </w:rPr>
        <w:t>계정의</w:t>
      </w:r>
      <w:r>
        <w:rPr>
          <w:color w:val="000000"/>
        </w:rPr>
        <w:t xml:space="preserve"> </w:t>
      </w:r>
      <w:r>
        <w:rPr>
          <w:color w:val="000000"/>
        </w:rPr>
        <w:t>역할</w:t>
      </w:r>
      <w:r>
        <w:rPr>
          <w:color w:val="000000"/>
        </w:rPr>
        <w:t xml:space="preserve">, </w:t>
      </w:r>
      <w:r>
        <w:rPr>
          <w:color w:val="000000"/>
        </w:rPr>
        <w:t>소속과</w:t>
      </w:r>
      <w:r>
        <w:rPr>
          <w:color w:val="000000"/>
        </w:rPr>
        <w:t xml:space="preserve"> </w:t>
      </w:r>
      <w:r>
        <w:rPr>
          <w:color w:val="000000"/>
        </w:rPr>
        <w:t>접근</w:t>
      </w:r>
      <w:r>
        <w:rPr>
          <w:color w:val="000000"/>
        </w:rPr>
        <w:t xml:space="preserve"> </w:t>
      </w:r>
      <w:r>
        <w:rPr>
          <w:color w:val="000000"/>
        </w:rPr>
        <w:t>상태를</w:t>
      </w:r>
      <w:r>
        <w:rPr>
          <w:color w:val="000000"/>
        </w:rPr>
        <w:t xml:space="preserve"> </w:t>
      </w:r>
      <w:r>
        <w:rPr>
          <w:color w:val="000000"/>
        </w:rPr>
        <w:t>함께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 xml:space="preserve">. </w:t>
      </w:r>
      <w:r>
        <w:rPr>
          <w:color w:val="000000"/>
        </w:rPr>
        <w:t>초대와</w:t>
      </w:r>
      <w:r>
        <w:rPr>
          <w:color w:val="000000"/>
        </w:rPr>
        <w:t xml:space="preserve"> </w:t>
      </w:r>
      <w:r>
        <w:rPr>
          <w:color w:val="000000"/>
        </w:rPr>
        <w:t>만료</w:t>
      </w:r>
      <w:r>
        <w:rPr>
          <w:color w:val="000000"/>
        </w:rPr>
        <w:t xml:space="preserve">, </w:t>
      </w:r>
      <w:r>
        <w:rPr>
          <w:color w:val="000000"/>
        </w:rPr>
        <w:t>정지와</w:t>
      </w:r>
      <w:r>
        <w:rPr>
          <w:color w:val="000000"/>
        </w:rPr>
        <w:t xml:space="preserve"> </w:t>
      </w:r>
      <w:r>
        <w:rPr>
          <w:color w:val="000000"/>
        </w:rPr>
        <w:t>권한</w:t>
      </w:r>
      <w:r>
        <w:rPr>
          <w:color w:val="000000"/>
        </w:rPr>
        <w:t xml:space="preserve"> </w:t>
      </w:r>
      <w:r>
        <w:rPr>
          <w:color w:val="000000"/>
        </w:rPr>
        <w:t>회수는</w:t>
      </w:r>
      <w:r>
        <w:rPr>
          <w:color w:val="000000"/>
        </w:rPr>
        <w:t xml:space="preserve"> </w:t>
      </w:r>
      <w:r>
        <w:rPr>
          <w:color w:val="000000"/>
        </w:rPr>
        <w:t>담당</w:t>
      </w:r>
      <w:r>
        <w:rPr>
          <w:color w:val="000000"/>
        </w:rPr>
        <w:t xml:space="preserve"> </w:t>
      </w:r>
      <w:r>
        <w:rPr>
          <w:color w:val="000000"/>
        </w:rPr>
        <w:t>업무의</w:t>
      </w:r>
      <w:r>
        <w:rPr>
          <w:color w:val="000000"/>
        </w:rPr>
        <w:t xml:space="preserve"> </w:t>
      </w:r>
      <w:r>
        <w:rPr>
          <w:color w:val="000000"/>
        </w:rPr>
        <w:t>범위와</w:t>
      </w:r>
      <w:r>
        <w:rPr>
          <w:color w:val="000000"/>
        </w:rPr>
        <w:t xml:space="preserve"> </w:t>
      </w:r>
      <w:r>
        <w:rPr>
          <w:color w:val="000000"/>
        </w:rPr>
        <w:t>연결됩니다</w:t>
      </w:r>
      <w:r>
        <w:rPr>
          <w:color w:val="000000"/>
        </w:rPr>
        <w:t>.</w:t>
      </w:r>
    </w:p>
    <w:p w14:paraId="45CFFDA1" w14:textId="77777777" w:rsidR="00C25814" w:rsidRDefault="004F692B">
      <w:pPr>
        <w:spacing w:after="100" w:line="264" w:lineRule="auto"/>
      </w:pPr>
      <w:r>
        <w:rPr>
          <w:color w:val="000000"/>
        </w:rPr>
        <w:t>담당자가</w:t>
      </w:r>
      <w:r>
        <w:rPr>
          <w:color w:val="000000"/>
        </w:rPr>
        <w:t xml:space="preserve"> </w:t>
      </w:r>
      <w:r>
        <w:rPr>
          <w:color w:val="000000"/>
        </w:rPr>
        <w:t>바뀌어도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승인과</w:t>
      </w:r>
      <w:r>
        <w:rPr>
          <w:color w:val="000000"/>
        </w:rPr>
        <w:t xml:space="preserve"> </w:t>
      </w:r>
      <w:r>
        <w:rPr>
          <w:color w:val="000000"/>
        </w:rPr>
        <w:t>증적은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 xml:space="preserve">. </w:t>
      </w:r>
      <w:r>
        <w:rPr>
          <w:color w:val="000000"/>
        </w:rPr>
        <w:t>계정</w:t>
      </w:r>
      <w:r>
        <w:rPr>
          <w:color w:val="000000"/>
        </w:rPr>
        <w:t xml:space="preserve"> </w:t>
      </w:r>
      <w:r>
        <w:rPr>
          <w:color w:val="000000"/>
        </w:rPr>
        <w:t>관리</w:t>
      </w:r>
      <w:r>
        <w:rPr>
          <w:color w:val="000000"/>
        </w:rPr>
        <w:t xml:space="preserve"> </w:t>
      </w:r>
      <w:r>
        <w:rPr>
          <w:color w:val="000000"/>
        </w:rPr>
        <w:t>권한이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승인이나</w:t>
      </w:r>
      <w:r>
        <w:rPr>
          <w:color w:val="000000"/>
        </w:rPr>
        <w:t xml:space="preserve"> </w:t>
      </w:r>
      <w:r>
        <w:rPr>
          <w:color w:val="000000"/>
        </w:rPr>
        <w:t>집행</w:t>
      </w:r>
      <w:r>
        <w:rPr>
          <w:color w:val="000000"/>
        </w:rPr>
        <w:t xml:space="preserve"> </w:t>
      </w:r>
      <w:r>
        <w:rPr>
          <w:color w:val="000000"/>
        </w:rPr>
        <w:t>권한을</w:t>
      </w:r>
      <w:r>
        <w:rPr>
          <w:color w:val="000000"/>
        </w:rPr>
        <w:t xml:space="preserve"> </w:t>
      </w:r>
      <w:r>
        <w:rPr>
          <w:color w:val="000000"/>
        </w:rPr>
        <w:t>자동으로</w:t>
      </w:r>
      <w:r>
        <w:rPr>
          <w:color w:val="000000"/>
        </w:rPr>
        <w:t xml:space="preserve"> </w:t>
      </w:r>
      <w:r>
        <w:rPr>
          <w:color w:val="000000"/>
        </w:rPr>
        <w:t>부여하지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p w14:paraId="5741E067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계정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상태와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소속</w:t>
      </w:r>
      <w:r>
        <w:rPr>
          <w:color w:val="000000"/>
          <w:sz w:val="20"/>
        </w:rPr>
        <w:t xml:space="preserve">, </w:t>
      </w:r>
      <w:r>
        <w:rPr>
          <w:color w:val="000000"/>
          <w:sz w:val="20"/>
        </w:rPr>
        <w:t>담당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역할을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확인합니다</w:t>
      </w:r>
      <w:r>
        <w:rPr>
          <w:color w:val="000000"/>
          <w:sz w:val="20"/>
        </w:rPr>
        <w:t>.</w:t>
      </w:r>
    </w:p>
    <w:p w14:paraId="154AC43C" w14:textId="77777777" w:rsidR="00C25814" w:rsidRDefault="004F692B">
      <w:r>
        <w:br w:type="page"/>
      </w:r>
    </w:p>
    <w:p w14:paraId="7056EC17" w14:textId="77777777" w:rsidR="00C25814" w:rsidRDefault="004F692B">
      <w:pPr>
        <w:pStyle w:val="1"/>
        <w:spacing w:after="180"/>
      </w:pPr>
      <w:bookmarkStart w:id="28" w:name="scene28"/>
      <w:r>
        <w:lastRenderedPageBreak/>
        <w:t xml:space="preserve">28 </w:t>
      </w:r>
      <w:r>
        <w:t>업무</w:t>
      </w:r>
      <w:r>
        <w:t xml:space="preserve"> </w:t>
      </w:r>
      <w:r>
        <w:t>흐름</w:t>
      </w:r>
      <w:r>
        <w:t xml:space="preserve"> </w:t>
      </w:r>
      <w:r>
        <w:t>요약</w:t>
      </w:r>
      <w:bookmarkEnd w:id="28"/>
    </w:p>
    <w:p w14:paraId="51AC1455" w14:textId="77777777" w:rsidR="00C25814" w:rsidRDefault="004F692B">
      <w:pPr>
        <w:spacing w:after="100" w:line="264" w:lineRule="auto"/>
      </w:pPr>
      <w:r>
        <w:rPr>
          <w:b/>
          <w:color w:val="000000"/>
          <w:sz w:val="20"/>
        </w:rPr>
        <w:t>역할</w:t>
      </w:r>
      <w:r>
        <w:rPr>
          <w:b/>
          <w:color w:val="000000"/>
          <w:sz w:val="20"/>
        </w:rPr>
        <w:t xml:space="preserve"> · </w:t>
      </w:r>
      <w:r>
        <w:rPr>
          <w:b/>
          <w:color w:val="000000"/>
          <w:sz w:val="20"/>
        </w:rPr>
        <w:t>현재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계정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</w:rPr>
        <w:t>유지</w:t>
      </w:r>
    </w:p>
    <w:p w14:paraId="5194E2F6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진행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지시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업무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흐름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요약</w:t>
      </w:r>
      <w:r>
        <w:rPr>
          <w:color w:val="000000"/>
          <w:sz w:val="20"/>
        </w:rPr>
        <w:t>.</w:t>
      </w:r>
    </w:p>
    <w:p w14:paraId="57D3C84A" w14:textId="77777777" w:rsidR="00C25814" w:rsidRDefault="004F692B">
      <w:pPr>
        <w:keepNext/>
        <w:spacing w:after="40"/>
      </w:pPr>
      <w:r>
        <w:rPr>
          <w:noProof/>
        </w:rPr>
        <w:drawing>
          <wp:inline distT="0" distB="0" distL="0" distR="0" wp14:anchorId="17B19946" wp14:editId="1351BEF1">
            <wp:extent cx="5180814" cy="2916000"/>
            <wp:effectExtent l="0" t="0" r="0" b="0"/>
            <wp:docPr id="31" name="Picture 31" descr="저장 화면 28 · 2026-10-02 ·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0814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79F50" w14:textId="77777777" w:rsidR="00C25814" w:rsidRDefault="004F692B">
      <w:pPr>
        <w:spacing w:after="100" w:line="264" w:lineRule="auto"/>
      </w:pPr>
      <w:r>
        <w:rPr>
          <w:color w:val="000000"/>
          <w:sz w:val="16"/>
        </w:rPr>
        <w:t>저장</w:t>
      </w: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>화면</w:t>
      </w:r>
      <w:r>
        <w:rPr>
          <w:color w:val="000000"/>
          <w:sz w:val="16"/>
        </w:rPr>
        <w:t xml:space="preserve"> 28 · 2026-10-02 · REVIEW</w:t>
      </w:r>
    </w:p>
    <w:p w14:paraId="0967B780" w14:textId="77777777" w:rsidR="00C25814" w:rsidRDefault="004F692B">
      <w:pPr>
        <w:spacing w:after="100" w:line="264" w:lineRule="auto"/>
      </w:pPr>
      <w:r>
        <w:rPr>
          <w:b/>
          <w:color w:val="000000"/>
        </w:rPr>
        <w:t>읽을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멘트</w:t>
      </w:r>
    </w:p>
    <w:p w14:paraId="6AF771A7" w14:textId="77777777" w:rsidR="00C25814" w:rsidRDefault="004F692B">
      <w:pPr>
        <w:spacing w:after="100" w:line="264" w:lineRule="auto"/>
      </w:pPr>
      <w:r>
        <w:rPr>
          <w:color w:val="000000"/>
        </w:rPr>
        <w:t>MIZAN</w:t>
      </w:r>
      <w:r>
        <w:rPr>
          <w:color w:val="000000"/>
        </w:rPr>
        <w:t>은</w:t>
      </w:r>
      <w:r>
        <w:rPr>
          <w:color w:val="000000"/>
        </w:rPr>
        <w:t xml:space="preserve"> </w:t>
      </w:r>
      <w:r>
        <w:rPr>
          <w:color w:val="000000"/>
        </w:rPr>
        <w:t>요청</w:t>
      </w:r>
      <w:r>
        <w:rPr>
          <w:color w:val="000000"/>
        </w:rPr>
        <w:t>·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집행을</w:t>
      </w:r>
      <w:r>
        <w:rPr>
          <w:color w:val="000000"/>
        </w:rPr>
        <w:t xml:space="preserve"> </w:t>
      </w:r>
      <w:r>
        <w:rPr>
          <w:color w:val="000000"/>
        </w:rPr>
        <w:t>분리하고</w:t>
      </w:r>
      <w:r>
        <w:rPr>
          <w:color w:val="000000"/>
        </w:rPr>
        <w:t xml:space="preserve"> </w:t>
      </w:r>
      <w:r>
        <w:rPr>
          <w:color w:val="000000"/>
        </w:rPr>
        <w:t>거래의</w:t>
      </w:r>
      <w:r>
        <w:rPr>
          <w:color w:val="000000"/>
        </w:rPr>
        <w:t xml:space="preserve"> </w:t>
      </w:r>
      <w:r>
        <w:rPr>
          <w:color w:val="000000"/>
        </w:rPr>
        <w:t>조건과</w:t>
      </w:r>
      <w:r>
        <w:rPr>
          <w:color w:val="000000"/>
        </w:rPr>
        <w:t xml:space="preserve"> </w:t>
      </w:r>
      <w:r>
        <w:rPr>
          <w:color w:val="000000"/>
        </w:rPr>
        <w:t>근거를</w:t>
      </w:r>
      <w:r>
        <w:rPr>
          <w:color w:val="000000"/>
        </w:rPr>
        <w:t xml:space="preserve"> </w:t>
      </w:r>
      <w:r>
        <w:rPr>
          <w:color w:val="000000"/>
        </w:rPr>
        <w:t>끝까지</w:t>
      </w:r>
      <w:r>
        <w:rPr>
          <w:color w:val="000000"/>
        </w:rPr>
        <w:t xml:space="preserve"> </w:t>
      </w:r>
      <w:r>
        <w:rPr>
          <w:color w:val="000000"/>
        </w:rPr>
        <w:t>연결합니다</w:t>
      </w:r>
      <w:r>
        <w:rPr>
          <w:color w:val="000000"/>
        </w:rPr>
        <w:t xml:space="preserve">. </w:t>
      </w:r>
      <w:r>
        <w:rPr>
          <w:color w:val="000000"/>
        </w:rPr>
        <w:t>지급</w:t>
      </w:r>
      <w:r>
        <w:rPr>
          <w:color w:val="000000"/>
        </w:rPr>
        <w:t xml:space="preserve">, </w:t>
      </w:r>
      <w:r>
        <w:rPr>
          <w:color w:val="000000"/>
        </w:rPr>
        <w:t>정산</w:t>
      </w:r>
      <w:r>
        <w:rPr>
          <w:color w:val="000000"/>
        </w:rPr>
        <w:t xml:space="preserve">, LP </w:t>
      </w:r>
      <w:r>
        <w:rPr>
          <w:color w:val="000000"/>
        </w:rPr>
        <w:t>채무</w:t>
      </w:r>
      <w:r>
        <w:rPr>
          <w:color w:val="000000"/>
        </w:rPr>
        <w:t xml:space="preserve">, </w:t>
      </w:r>
      <w:r>
        <w:rPr>
          <w:color w:val="000000"/>
        </w:rPr>
        <w:t>비용과</w:t>
      </w:r>
      <w:r>
        <w:rPr>
          <w:color w:val="000000"/>
        </w:rPr>
        <w:t xml:space="preserve"> </w:t>
      </w:r>
      <w:r>
        <w:rPr>
          <w:color w:val="000000"/>
        </w:rPr>
        <w:t>마감을</w:t>
      </w:r>
      <w:r>
        <w:rPr>
          <w:color w:val="000000"/>
        </w:rPr>
        <w:t xml:space="preserve"> </w:t>
      </w:r>
      <w:r>
        <w:rPr>
          <w:color w:val="000000"/>
        </w:rPr>
        <w:t>각각</w:t>
      </w:r>
      <w:r>
        <w:rPr>
          <w:color w:val="000000"/>
        </w:rPr>
        <w:t xml:space="preserve"> </w:t>
      </w:r>
      <w:r>
        <w:rPr>
          <w:color w:val="000000"/>
        </w:rPr>
        <w:t>확인해</w:t>
      </w:r>
      <w:r>
        <w:rPr>
          <w:color w:val="000000"/>
        </w:rPr>
        <w:t xml:space="preserve"> </w:t>
      </w:r>
      <w:r>
        <w:rPr>
          <w:color w:val="000000"/>
        </w:rPr>
        <w:t>남은</w:t>
      </w:r>
      <w:r>
        <w:rPr>
          <w:color w:val="000000"/>
        </w:rPr>
        <w:t xml:space="preserve"> </w:t>
      </w:r>
      <w:r>
        <w:rPr>
          <w:color w:val="000000"/>
        </w:rPr>
        <w:t>업무를</w:t>
      </w:r>
      <w:r>
        <w:rPr>
          <w:color w:val="000000"/>
        </w:rPr>
        <w:t xml:space="preserve"> </w:t>
      </w:r>
      <w:r>
        <w:rPr>
          <w:color w:val="000000"/>
        </w:rPr>
        <w:t>관리합니다</w:t>
      </w:r>
      <w:r>
        <w:rPr>
          <w:color w:val="000000"/>
        </w:rPr>
        <w:t>.</w:t>
      </w:r>
    </w:p>
    <w:p w14:paraId="31D010CD" w14:textId="77777777" w:rsidR="00C25814" w:rsidRDefault="004F692B">
      <w:pPr>
        <w:spacing w:after="100" w:line="264" w:lineRule="auto"/>
      </w:pPr>
      <w:r>
        <w:rPr>
          <w:color w:val="000000"/>
        </w:rPr>
        <w:t>이번</w:t>
      </w:r>
      <w:r>
        <w:rPr>
          <w:color w:val="000000"/>
        </w:rPr>
        <w:t xml:space="preserve"> </w:t>
      </w:r>
      <w:r>
        <w:rPr>
          <w:color w:val="000000"/>
        </w:rPr>
        <w:t>화면은</w:t>
      </w:r>
      <w:r>
        <w:rPr>
          <w:color w:val="000000"/>
        </w:rPr>
        <w:t xml:space="preserve"> REVIEW </w:t>
      </w:r>
      <w:r>
        <w:rPr>
          <w:color w:val="000000"/>
        </w:rPr>
        <w:t>시연입니다</w:t>
      </w:r>
      <w:r>
        <w:rPr>
          <w:color w:val="000000"/>
        </w:rPr>
        <w:t xml:space="preserve">.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금융</w:t>
      </w:r>
      <w:r>
        <w:rPr>
          <w:color w:val="000000"/>
        </w:rPr>
        <w:t xml:space="preserve"> </w:t>
      </w:r>
      <w:r>
        <w:rPr>
          <w:color w:val="000000"/>
        </w:rPr>
        <w:t>연동과</w:t>
      </w:r>
      <w:r>
        <w:rPr>
          <w:color w:val="000000"/>
        </w:rPr>
        <w:t xml:space="preserve"> </w:t>
      </w:r>
      <w:r>
        <w:rPr>
          <w:color w:val="000000"/>
        </w:rPr>
        <w:t>독립</w:t>
      </w:r>
      <w:r>
        <w:rPr>
          <w:color w:val="000000"/>
        </w:rPr>
        <w:t xml:space="preserve"> </w:t>
      </w:r>
      <w:r>
        <w:rPr>
          <w:color w:val="000000"/>
        </w:rPr>
        <w:t>장치</w:t>
      </w:r>
      <w:r>
        <w:rPr>
          <w:color w:val="000000"/>
        </w:rPr>
        <w:t xml:space="preserve"> </w:t>
      </w:r>
      <w:r>
        <w:rPr>
          <w:color w:val="000000"/>
        </w:rPr>
        <w:t>인증은</w:t>
      </w:r>
      <w:r>
        <w:rPr>
          <w:color w:val="000000"/>
        </w:rPr>
        <w:t xml:space="preserve"> </w:t>
      </w:r>
      <w:r>
        <w:rPr>
          <w:color w:val="000000"/>
        </w:rPr>
        <w:t>별도</w:t>
      </w:r>
      <w:r>
        <w:rPr>
          <w:color w:val="000000"/>
        </w:rPr>
        <w:t xml:space="preserve"> </w:t>
      </w:r>
      <w:r>
        <w:rPr>
          <w:color w:val="000000"/>
        </w:rPr>
        <w:t>검증이</w:t>
      </w:r>
      <w:r>
        <w:rPr>
          <w:color w:val="000000"/>
        </w:rPr>
        <w:t xml:space="preserve"> </w:t>
      </w:r>
      <w:r>
        <w:rPr>
          <w:color w:val="000000"/>
        </w:rPr>
        <w:t>필요하며</w:t>
      </w:r>
      <w:r>
        <w:rPr>
          <w:color w:val="000000"/>
        </w:rPr>
        <w:t xml:space="preserve">, MOCK </w:t>
      </w:r>
      <w:r>
        <w:rPr>
          <w:color w:val="000000"/>
        </w:rPr>
        <w:t>자료와</w:t>
      </w:r>
      <w:r>
        <w:rPr>
          <w:color w:val="000000"/>
        </w:rPr>
        <w:t xml:space="preserve"> </w:t>
      </w:r>
      <w:r>
        <w:rPr>
          <w:color w:val="000000"/>
        </w:rPr>
        <w:t>과거</w:t>
      </w:r>
      <w:r>
        <w:rPr>
          <w:color w:val="000000"/>
        </w:rPr>
        <w:t xml:space="preserve"> </w:t>
      </w:r>
      <w:r>
        <w:rPr>
          <w:color w:val="000000"/>
        </w:rPr>
        <w:t>시험망</w:t>
      </w:r>
      <w:r>
        <w:rPr>
          <w:color w:val="000000"/>
        </w:rPr>
        <w:t xml:space="preserve"> </w:t>
      </w:r>
      <w:r>
        <w:rPr>
          <w:color w:val="000000"/>
        </w:rPr>
        <w:t>증거의</w:t>
      </w:r>
      <w:r>
        <w:rPr>
          <w:color w:val="000000"/>
        </w:rPr>
        <w:t xml:space="preserve"> </w:t>
      </w:r>
      <w:r>
        <w:rPr>
          <w:color w:val="000000"/>
        </w:rPr>
        <w:t>출처를</w:t>
      </w:r>
      <w:r>
        <w:rPr>
          <w:color w:val="000000"/>
        </w:rPr>
        <w:t xml:space="preserve"> </w:t>
      </w:r>
      <w:r>
        <w:rPr>
          <w:color w:val="000000"/>
        </w:rPr>
        <w:t>구분합니다</w:t>
      </w:r>
      <w:r>
        <w:rPr>
          <w:color w:val="000000"/>
        </w:rPr>
        <w:t>.</w:t>
      </w:r>
    </w:p>
    <w:p w14:paraId="16214923" w14:textId="77777777" w:rsidR="00C25814" w:rsidRDefault="004F692B">
      <w:pPr>
        <w:spacing w:after="100" w:line="264" w:lineRule="auto"/>
      </w:pPr>
      <w:r>
        <w:rPr>
          <w:color w:val="000000"/>
          <w:sz w:val="20"/>
        </w:rPr>
        <w:t>화면이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다를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때</w:t>
      </w:r>
      <w:r>
        <w:rPr>
          <w:color w:val="000000"/>
          <w:sz w:val="20"/>
        </w:rPr>
        <w:t xml:space="preserve"> · </w:t>
      </w:r>
      <w:r>
        <w:rPr>
          <w:color w:val="000000"/>
          <w:sz w:val="20"/>
        </w:rPr>
        <w:t>거래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상태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원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승인</w:t>
      </w:r>
      <w:r>
        <w:rPr>
          <w:color w:val="000000"/>
          <w:sz w:val="20"/>
        </w:rPr>
        <w:t>·</w:t>
      </w:r>
      <w:r>
        <w:rPr>
          <w:color w:val="000000"/>
          <w:sz w:val="20"/>
        </w:rPr>
        <w:t>미결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항목을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중심으로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요약합니다</w:t>
      </w:r>
      <w:r>
        <w:rPr>
          <w:color w:val="000000"/>
          <w:sz w:val="20"/>
        </w:rPr>
        <w:t>.</w:t>
      </w:r>
    </w:p>
    <w:p w14:paraId="15FF9431" w14:textId="77777777" w:rsidR="00C25814" w:rsidRDefault="004F692B">
      <w:r>
        <w:br w:type="page"/>
      </w:r>
    </w:p>
    <w:p w14:paraId="08E4D26D" w14:textId="77777777" w:rsidR="00C25814" w:rsidRDefault="004F692B">
      <w:pPr>
        <w:pStyle w:val="1"/>
        <w:spacing w:after="180"/>
      </w:pPr>
      <w:r>
        <w:lastRenderedPageBreak/>
        <w:t>발표</w:t>
      </w:r>
      <w:r>
        <w:t xml:space="preserve"> </w:t>
      </w:r>
      <w:r>
        <w:t>질문과</w:t>
      </w:r>
      <w:r>
        <w:t xml:space="preserve"> </w:t>
      </w:r>
      <w:r>
        <w:t>답변</w:t>
      </w:r>
    </w:p>
    <w:p w14:paraId="4D696308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지급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완료는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거래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전체의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완료인가요</w:t>
      </w:r>
      <w:r>
        <w:rPr>
          <w:b/>
          <w:color w:val="000000"/>
        </w:rPr>
        <w:t>?</w:t>
      </w:r>
    </w:p>
    <w:p w14:paraId="5F091607" w14:textId="77777777" w:rsidR="00C25814" w:rsidRDefault="004F692B">
      <w:pPr>
        <w:spacing w:after="100" w:line="264" w:lineRule="auto"/>
      </w:pPr>
      <w:r>
        <w:rPr>
          <w:color w:val="000000"/>
        </w:rPr>
        <w:t>고객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 xml:space="preserve">, </w:t>
      </w:r>
      <w:r>
        <w:rPr>
          <w:color w:val="000000"/>
        </w:rPr>
        <w:t>기관</w:t>
      </w:r>
      <w:r>
        <w:rPr>
          <w:color w:val="000000"/>
        </w:rPr>
        <w:t xml:space="preserve"> </w:t>
      </w:r>
      <w:r>
        <w:rPr>
          <w:color w:val="000000"/>
        </w:rPr>
        <w:t>정산</w:t>
      </w:r>
      <w:r>
        <w:rPr>
          <w:color w:val="000000"/>
        </w:rPr>
        <w:t xml:space="preserve">, LP </w:t>
      </w:r>
      <w:r>
        <w:rPr>
          <w:color w:val="000000"/>
        </w:rPr>
        <w:t>상환과</w:t>
      </w:r>
      <w:r>
        <w:rPr>
          <w:color w:val="000000"/>
        </w:rPr>
        <w:t xml:space="preserve"> </w:t>
      </w:r>
      <w:r>
        <w:rPr>
          <w:color w:val="000000"/>
        </w:rPr>
        <w:t>대사는</w:t>
      </w:r>
      <w:r>
        <w:rPr>
          <w:color w:val="000000"/>
        </w:rPr>
        <w:t xml:space="preserve"> </w:t>
      </w:r>
      <w:r>
        <w:rPr>
          <w:color w:val="000000"/>
        </w:rPr>
        <w:t>독립된</w:t>
      </w:r>
      <w:r>
        <w:rPr>
          <w:color w:val="000000"/>
        </w:rPr>
        <w:t xml:space="preserve"> </w:t>
      </w:r>
      <w:r>
        <w:rPr>
          <w:color w:val="000000"/>
        </w:rPr>
        <w:t>단계입니다</w:t>
      </w:r>
      <w:r>
        <w:rPr>
          <w:color w:val="000000"/>
        </w:rPr>
        <w:t xml:space="preserve">. </w:t>
      </w:r>
      <w:r>
        <w:rPr>
          <w:color w:val="000000"/>
        </w:rPr>
        <w:t>남은</w:t>
      </w:r>
      <w:r>
        <w:rPr>
          <w:color w:val="000000"/>
        </w:rPr>
        <w:t xml:space="preserve"> </w:t>
      </w:r>
      <w:r>
        <w:rPr>
          <w:color w:val="000000"/>
        </w:rPr>
        <w:t>의무를</w:t>
      </w:r>
      <w:r>
        <w:rPr>
          <w:color w:val="000000"/>
        </w:rPr>
        <w:t xml:space="preserve"> </w:t>
      </w:r>
      <w:r>
        <w:rPr>
          <w:color w:val="000000"/>
        </w:rPr>
        <w:t>별도로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7A9EE880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수취인을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바꿔도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기존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승인을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사용할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수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있나요</w:t>
      </w:r>
      <w:r>
        <w:rPr>
          <w:b/>
          <w:color w:val="000000"/>
        </w:rPr>
        <w:t>?</w:t>
      </w:r>
    </w:p>
    <w:p w14:paraId="3D4A6E29" w14:textId="77777777" w:rsidR="00C25814" w:rsidRDefault="004F692B">
      <w:pPr>
        <w:spacing w:after="100" w:line="264" w:lineRule="auto"/>
      </w:pPr>
      <w:r>
        <w:rPr>
          <w:color w:val="000000"/>
        </w:rPr>
        <w:t>승인은</w:t>
      </w:r>
      <w:r>
        <w:rPr>
          <w:color w:val="000000"/>
        </w:rPr>
        <w:t xml:space="preserve"> </w:t>
      </w:r>
      <w:r>
        <w:rPr>
          <w:color w:val="000000"/>
        </w:rPr>
        <w:t>수취인</w:t>
      </w:r>
      <w:r>
        <w:rPr>
          <w:color w:val="000000"/>
        </w:rPr>
        <w:t>·</w:t>
      </w:r>
      <w:r>
        <w:rPr>
          <w:color w:val="000000"/>
        </w:rPr>
        <w:t>금액</w:t>
      </w:r>
      <w:r>
        <w:rPr>
          <w:color w:val="000000"/>
        </w:rPr>
        <w:t>·</w:t>
      </w:r>
      <w:r>
        <w:rPr>
          <w:color w:val="000000"/>
        </w:rPr>
        <w:t>경로</w:t>
      </w:r>
      <w:r>
        <w:rPr>
          <w:color w:val="000000"/>
        </w:rPr>
        <w:t>·</w:t>
      </w:r>
      <w:r>
        <w:rPr>
          <w:color w:val="000000"/>
        </w:rPr>
        <w:t>견적</w:t>
      </w:r>
      <w:r>
        <w:rPr>
          <w:color w:val="000000"/>
        </w:rPr>
        <w:t>·</w:t>
      </w:r>
      <w:r>
        <w:rPr>
          <w:color w:val="000000"/>
        </w:rPr>
        <w:t>설정에</w:t>
      </w:r>
      <w:r>
        <w:rPr>
          <w:color w:val="000000"/>
        </w:rPr>
        <w:t xml:space="preserve"> </w:t>
      </w:r>
      <w:r>
        <w:rPr>
          <w:color w:val="000000"/>
        </w:rPr>
        <w:t>결합됩니다</w:t>
      </w:r>
      <w:r>
        <w:rPr>
          <w:color w:val="000000"/>
        </w:rPr>
        <w:t xml:space="preserve">. </w:t>
      </w:r>
      <w:r>
        <w:rPr>
          <w:color w:val="000000"/>
        </w:rPr>
        <w:t>조건이</w:t>
      </w:r>
      <w:r>
        <w:rPr>
          <w:color w:val="000000"/>
        </w:rPr>
        <w:t xml:space="preserve"> </w:t>
      </w:r>
      <w:r>
        <w:rPr>
          <w:color w:val="000000"/>
        </w:rPr>
        <w:t>바뀌면</w:t>
      </w:r>
      <w:r>
        <w:rPr>
          <w:color w:val="000000"/>
        </w:rPr>
        <w:t xml:space="preserve"> </w:t>
      </w:r>
      <w:r>
        <w:rPr>
          <w:color w:val="000000"/>
        </w:rPr>
        <w:t>해당</w:t>
      </w:r>
      <w:r>
        <w:rPr>
          <w:color w:val="000000"/>
        </w:rPr>
        <w:t xml:space="preserve"> </w:t>
      </w:r>
      <w:r>
        <w:rPr>
          <w:color w:val="000000"/>
        </w:rPr>
        <w:t>변경에</w:t>
      </w:r>
      <w:r>
        <w:rPr>
          <w:color w:val="000000"/>
        </w:rPr>
        <w:t xml:space="preserve"> </w:t>
      </w:r>
      <w:r>
        <w:rPr>
          <w:color w:val="000000"/>
        </w:rPr>
        <w:t>필요한</w:t>
      </w:r>
      <w:r>
        <w:rPr>
          <w:color w:val="000000"/>
        </w:rPr>
        <w:t xml:space="preserve">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승인을</w:t>
      </w:r>
      <w:r>
        <w:rPr>
          <w:color w:val="000000"/>
        </w:rPr>
        <w:t xml:space="preserve"> </w:t>
      </w:r>
      <w:r>
        <w:rPr>
          <w:color w:val="000000"/>
        </w:rPr>
        <w:t>거칩니다</w:t>
      </w:r>
      <w:r>
        <w:rPr>
          <w:color w:val="000000"/>
        </w:rPr>
        <w:t>.</w:t>
      </w:r>
    </w:p>
    <w:p w14:paraId="6B70F7E1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예정일이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도달하면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정산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완료인가요</w:t>
      </w:r>
      <w:r>
        <w:rPr>
          <w:b/>
          <w:color w:val="000000"/>
        </w:rPr>
        <w:t>?</w:t>
      </w:r>
    </w:p>
    <w:p w14:paraId="67E25C89" w14:textId="77777777" w:rsidR="00C25814" w:rsidRDefault="004F692B">
      <w:pPr>
        <w:spacing w:after="100" w:line="264" w:lineRule="auto"/>
      </w:pPr>
      <w:r>
        <w:rPr>
          <w:color w:val="000000"/>
        </w:rPr>
        <w:t>캘린더는</w:t>
      </w:r>
      <w:r>
        <w:rPr>
          <w:color w:val="000000"/>
        </w:rPr>
        <w:t xml:space="preserve"> </w:t>
      </w:r>
      <w:r>
        <w:rPr>
          <w:color w:val="000000"/>
        </w:rPr>
        <w:t>일정을</w:t>
      </w:r>
      <w:r>
        <w:rPr>
          <w:color w:val="000000"/>
        </w:rPr>
        <w:t xml:space="preserve"> </w:t>
      </w:r>
      <w:r>
        <w:rPr>
          <w:color w:val="000000"/>
        </w:rPr>
        <w:t>계산합니다</w:t>
      </w:r>
      <w:r>
        <w:rPr>
          <w:color w:val="000000"/>
        </w:rPr>
        <w:t xml:space="preserve">.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정산은</w:t>
      </w:r>
      <w:r>
        <w:rPr>
          <w:color w:val="000000"/>
        </w:rPr>
        <w:t xml:space="preserve"> </w:t>
      </w:r>
      <w:r>
        <w:rPr>
          <w:color w:val="000000"/>
        </w:rPr>
        <w:t>별도</w:t>
      </w:r>
      <w:r>
        <w:rPr>
          <w:color w:val="000000"/>
        </w:rPr>
        <w:t xml:space="preserve"> receipt</w:t>
      </w:r>
      <w:r>
        <w:rPr>
          <w:color w:val="000000"/>
        </w:rPr>
        <w:t>와</w:t>
      </w:r>
      <w:r>
        <w:rPr>
          <w:color w:val="000000"/>
        </w:rPr>
        <w:t xml:space="preserve"> </w:t>
      </w:r>
      <w:r>
        <w:rPr>
          <w:color w:val="000000"/>
        </w:rPr>
        <w:t>대사</w:t>
      </w:r>
      <w:r>
        <w:rPr>
          <w:color w:val="000000"/>
        </w:rPr>
        <w:t xml:space="preserve"> </w:t>
      </w:r>
      <w:r>
        <w:rPr>
          <w:color w:val="000000"/>
        </w:rPr>
        <w:t>근거로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>.</w:t>
      </w:r>
    </w:p>
    <w:p w14:paraId="7204DFE3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캘린더를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변경하면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기존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거래도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바뀌나요</w:t>
      </w:r>
      <w:r>
        <w:rPr>
          <w:b/>
          <w:color w:val="000000"/>
        </w:rPr>
        <w:t>?</w:t>
      </w:r>
    </w:p>
    <w:p w14:paraId="400E0BCA" w14:textId="77777777" w:rsidR="00C25814" w:rsidRDefault="004F692B">
      <w:pPr>
        <w:spacing w:after="100" w:line="264" w:lineRule="auto"/>
      </w:pP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버전은</w:t>
      </w:r>
      <w:r>
        <w:rPr>
          <w:color w:val="000000"/>
        </w:rPr>
        <w:t xml:space="preserve"> </w:t>
      </w:r>
      <w:r>
        <w:rPr>
          <w:color w:val="000000"/>
        </w:rPr>
        <w:t>이후</w:t>
      </w:r>
      <w:r>
        <w:rPr>
          <w:color w:val="000000"/>
        </w:rPr>
        <w:t xml:space="preserve"> </w:t>
      </w:r>
      <w:r>
        <w:rPr>
          <w:color w:val="000000"/>
        </w:rPr>
        <w:t>신규</w:t>
      </w:r>
      <w:r>
        <w:rPr>
          <w:color w:val="000000"/>
        </w:rPr>
        <w:t xml:space="preserve"> </w:t>
      </w:r>
      <w:r>
        <w:rPr>
          <w:color w:val="000000"/>
        </w:rPr>
        <w:t>요청에</w:t>
      </w:r>
      <w:r>
        <w:rPr>
          <w:color w:val="000000"/>
        </w:rPr>
        <w:t xml:space="preserve"> </w:t>
      </w:r>
      <w:r>
        <w:rPr>
          <w:color w:val="000000"/>
        </w:rPr>
        <w:t>적용합니다</w:t>
      </w:r>
      <w:r>
        <w:rPr>
          <w:color w:val="000000"/>
        </w:rPr>
        <w:t xml:space="preserve">.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일정과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 xml:space="preserve"> </w:t>
      </w:r>
      <w:r>
        <w:rPr>
          <w:color w:val="000000"/>
        </w:rPr>
        <w:t>조건은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</w:t>
      </w:r>
    </w:p>
    <w:p w14:paraId="75E715D4" w14:textId="77777777" w:rsidR="00C25814" w:rsidRDefault="004F692B">
      <w:r>
        <w:br w:type="page"/>
      </w:r>
    </w:p>
    <w:p w14:paraId="3D3D50DD" w14:textId="77777777" w:rsidR="00C25814" w:rsidRDefault="004F692B">
      <w:pPr>
        <w:pStyle w:val="1"/>
        <w:spacing w:after="180"/>
      </w:pPr>
      <w:r>
        <w:lastRenderedPageBreak/>
        <w:t>발표</w:t>
      </w:r>
      <w:r>
        <w:t xml:space="preserve"> </w:t>
      </w:r>
      <w:r>
        <w:t>질문과</w:t>
      </w:r>
      <w:r>
        <w:t xml:space="preserve"> </w:t>
      </w:r>
      <w:r>
        <w:t>답변</w:t>
      </w:r>
      <w:r>
        <w:t xml:space="preserve"> 2</w:t>
      </w:r>
    </w:p>
    <w:p w14:paraId="74540905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부분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상환은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어떻게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관리하나요</w:t>
      </w:r>
      <w:r>
        <w:rPr>
          <w:b/>
          <w:color w:val="000000"/>
        </w:rPr>
        <w:t>?</w:t>
      </w:r>
    </w:p>
    <w:p w14:paraId="56EB03BE" w14:textId="77777777" w:rsidR="00C25814" w:rsidRDefault="004F692B">
      <w:pPr>
        <w:spacing w:after="100" w:line="264" w:lineRule="auto"/>
      </w:pPr>
      <w:r>
        <w:rPr>
          <w:color w:val="000000"/>
        </w:rPr>
        <w:t>원금</w:t>
      </w:r>
      <w:r>
        <w:rPr>
          <w:color w:val="000000"/>
        </w:rPr>
        <w:t>·</w:t>
      </w:r>
      <w:r>
        <w:rPr>
          <w:color w:val="000000"/>
        </w:rPr>
        <w:t>기간비용</w:t>
      </w:r>
      <w:r>
        <w:rPr>
          <w:color w:val="000000"/>
        </w:rPr>
        <w:t>·</w:t>
      </w:r>
      <w:r>
        <w:rPr>
          <w:color w:val="000000"/>
        </w:rPr>
        <w:t>상환</w:t>
      </w:r>
      <w:r>
        <w:rPr>
          <w:color w:val="000000"/>
        </w:rPr>
        <w:t xml:space="preserve"> </w:t>
      </w:r>
      <w:r>
        <w:rPr>
          <w:color w:val="000000"/>
        </w:rPr>
        <w:t>배분</w:t>
      </w:r>
      <w:r>
        <w:rPr>
          <w:color w:val="000000"/>
        </w:rPr>
        <w:t>·</w:t>
      </w:r>
      <w:r>
        <w:rPr>
          <w:color w:val="000000"/>
        </w:rPr>
        <w:t>잔여</w:t>
      </w:r>
      <w:r>
        <w:rPr>
          <w:color w:val="000000"/>
        </w:rPr>
        <w:t xml:space="preserve"> </w:t>
      </w:r>
      <w:r>
        <w:rPr>
          <w:color w:val="000000"/>
        </w:rPr>
        <w:t>채무를</w:t>
      </w:r>
      <w:r>
        <w:rPr>
          <w:color w:val="000000"/>
        </w:rPr>
        <w:t xml:space="preserve"> </w:t>
      </w:r>
      <w:r>
        <w:rPr>
          <w:color w:val="000000"/>
        </w:rPr>
        <w:t>구분하며</w:t>
      </w:r>
      <w:r>
        <w:rPr>
          <w:color w:val="000000"/>
        </w:rPr>
        <w:t xml:space="preserve"> </w:t>
      </w:r>
      <w:r>
        <w:rPr>
          <w:color w:val="000000"/>
        </w:rPr>
        <w:t>중복</w:t>
      </w:r>
      <w:r>
        <w:rPr>
          <w:color w:val="000000"/>
        </w:rPr>
        <w:t>·</w:t>
      </w:r>
      <w:r>
        <w:rPr>
          <w:color w:val="000000"/>
        </w:rPr>
        <w:t>초과</w:t>
      </w:r>
      <w:r>
        <w:rPr>
          <w:color w:val="000000"/>
        </w:rPr>
        <w:t xml:space="preserve"> </w:t>
      </w:r>
      <w:r>
        <w:rPr>
          <w:color w:val="000000"/>
        </w:rPr>
        <w:t>상환을</w:t>
      </w:r>
      <w:r>
        <w:rPr>
          <w:color w:val="000000"/>
        </w:rPr>
        <w:t xml:space="preserve"> </w:t>
      </w:r>
      <w:r>
        <w:rPr>
          <w:color w:val="000000"/>
        </w:rPr>
        <w:t>막습니다</w:t>
      </w:r>
      <w:r>
        <w:rPr>
          <w:color w:val="000000"/>
        </w:rPr>
        <w:t>.</w:t>
      </w:r>
    </w:p>
    <w:p w14:paraId="10FB84D7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늦은</w:t>
      </w:r>
      <w:r>
        <w:rPr>
          <w:b/>
          <w:color w:val="000000"/>
        </w:rPr>
        <w:t xml:space="preserve"> receipt</w:t>
      </w:r>
      <w:r>
        <w:rPr>
          <w:b/>
          <w:color w:val="000000"/>
        </w:rPr>
        <w:t>는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어떻게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반영하나요</w:t>
      </w:r>
      <w:r>
        <w:rPr>
          <w:b/>
          <w:color w:val="000000"/>
        </w:rPr>
        <w:t>?</w:t>
      </w:r>
    </w:p>
    <w:p w14:paraId="1C23E667" w14:textId="77777777" w:rsidR="00C25814" w:rsidRDefault="004F692B">
      <w:pPr>
        <w:spacing w:after="100" w:line="264" w:lineRule="auto"/>
      </w:pP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거래</w:t>
      </w:r>
      <w:r>
        <w:rPr>
          <w:color w:val="000000"/>
        </w:rPr>
        <w:t xml:space="preserve"> </w:t>
      </w:r>
      <w:r>
        <w:rPr>
          <w:color w:val="000000"/>
        </w:rPr>
        <w:t>참조와</w:t>
      </w:r>
      <w:r>
        <w:rPr>
          <w:color w:val="000000"/>
        </w:rPr>
        <w:t xml:space="preserve"> </w:t>
      </w:r>
      <w:r>
        <w:rPr>
          <w:color w:val="000000"/>
        </w:rPr>
        <w:t>관측</w:t>
      </w:r>
      <w:r>
        <w:rPr>
          <w:color w:val="000000"/>
        </w:rPr>
        <w:t xml:space="preserve"> </w:t>
      </w:r>
      <w:r>
        <w:rPr>
          <w:color w:val="000000"/>
        </w:rPr>
        <w:t>시각을</w:t>
      </w:r>
      <w:r>
        <w:rPr>
          <w:color w:val="000000"/>
        </w:rPr>
        <w:t xml:space="preserve"> </w:t>
      </w:r>
      <w:r>
        <w:rPr>
          <w:color w:val="000000"/>
        </w:rPr>
        <w:t>유지하며</w:t>
      </w:r>
      <w:r>
        <w:rPr>
          <w:color w:val="000000"/>
        </w:rPr>
        <w:t xml:space="preserve"> </w:t>
      </w:r>
      <w:r>
        <w:rPr>
          <w:color w:val="000000"/>
        </w:rPr>
        <w:t>연결합니다</w:t>
      </w:r>
      <w:r>
        <w:rPr>
          <w:color w:val="000000"/>
        </w:rPr>
        <w:t xml:space="preserve">. </w:t>
      </w: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견적과</w:t>
      </w:r>
      <w:r>
        <w:rPr>
          <w:color w:val="000000"/>
        </w:rPr>
        <w:t xml:space="preserve"> </w:t>
      </w:r>
      <w:r>
        <w:rPr>
          <w:color w:val="000000"/>
        </w:rPr>
        <w:t>기존</w:t>
      </w:r>
      <w:r>
        <w:rPr>
          <w:color w:val="000000"/>
        </w:rPr>
        <w:t xml:space="preserve"> </w:t>
      </w:r>
      <w:r>
        <w:rPr>
          <w:color w:val="000000"/>
        </w:rPr>
        <w:t>마감</w:t>
      </w:r>
      <w:r>
        <w:rPr>
          <w:color w:val="000000"/>
        </w:rPr>
        <w:t xml:space="preserve"> </w:t>
      </w:r>
      <w:r>
        <w:rPr>
          <w:color w:val="000000"/>
        </w:rPr>
        <w:t>기록을</w:t>
      </w:r>
      <w:r>
        <w:rPr>
          <w:color w:val="000000"/>
        </w:rPr>
        <w:t xml:space="preserve"> </w:t>
      </w:r>
      <w:r>
        <w:rPr>
          <w:color w:val="000000"/>
        </w:rPr>
        <w:t>보존합니다</w:t>
      </w:r>
      <w:r>
        <w:rPr>
          <w:color w:val="000000"/>
        </w:rPr>
        <w:t>.</w:t>
      </w:r>
    </w:p>
    <w:p w14:paraId="284ABD09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>AI</w:t>
      </w:r>
      <w:r>
        <w:rPr>
          <w:b/>
          <w:color w:val="000000"/>
        </w:rPr>
        <w:t>가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승인하거나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지급할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수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있나요</w:t>
      </w:r>
      <w:r>
        <w:rPr>
          <w:b/>
          <w:color w:val="000000"/>
        </w:rPr>
        <w:t>?</w:t>
      </w:r>
    </w:p>
    <w:p w14:paraId="5642BDE9" w14:textId="77777777" w:rsidR="00C25814" w:rsidRDefault="004F692B">
      <w:pPr>
        <w:spacing w:after="100" w:line="264" w:lineRule="auto"/>
      </w:pPr>
      <w:r>
        <w:rPr>
          <w:color w:val="000000"/>
        </w:rPr>
        <w:t>AI</w:t>
      </w:r>
      <w:r>
        <w:rPr>
          <w:color w:val="000000"/>
        </w:rPr>
        <w:t>에는</w:t>
      </w:r>
      <w:r>
        <w:rPr>
          <w:color w:val="000000"/>
        </w:rPr>
        <w:t xml:space="preserve"> </w:t>
      </w:r>
      <w:r>
        <w:rPr>
          <w:color w:val="000000"/>
        </w:rPr>
        <w:t>승인</w:t>
      </w:r>
      <w:r>
        <w:rPr>
          <w:color w:val="000000"/>
        </w:rPr>
        <w:t>·</w:t>
      </w:r>
      <w:r>
        <w:rPr>
          <w:color w:val="000000"/>
        </w:rPr>
        <w:t>서명</w:t>
      </w:r>
      <w:r>
        <w:rPr>
          <w:color w:val="000000"/>
        </w:rPr>
        <w:t>·</w:t>
      </w:r>
      <w:r>
        <w:rPr>
          <w:color w:val="000000"/>
        </w:rPr>
        <w:t>지급</w:t>
      </w:r>
      <w:r>
        <w:rPr>
          <w:color w:val="000000"/>
        </w:rPr>
        <w:t>·burn·</w:t>
      </w:r>
      <w:r>
        <w:rPr>
          <w:color w:val="000000"/>
        </w:rPr>
        <w:t>잠금</w:t>
      </w:r>
      <w:r>
        <w:rPr>
          <w:color w:val="000000"/>
        </w:rPr>
        <w:t xml:space="preserve"> </w:t>
      </w:r>
      <w:r>
        <w:rPr>
          <w:color w:val="000000"/>
        </w:rPr>
        <w:t>해제</w:t>
      </w:r>
      <w:r>
        <w:rPr>
          <w:color w:val="000000"/>
        </w:rPr>
        <w:t xml:space="preserve"> </w:t>
      </w:r>
      <w:r>
        <w:rPr>
          <w:color w:val="000000"/>
        </w:rPr>
        <w:t>권한이</w:t>
      </w:r>
      <w:r>
        <w:rPr>
          <w:color w:val="000000"/>
        </w:rPr>
        <w:t xml:space="preserve"> </w:t>
      </w:r>
      <w:r>
        <w:rPr>
          <w:color w:val="000000"/>
        </w:rPr>
        <w:t>없습니다</w:t>
      </w:r>
      <w:r>
        <w:rPr>
          <w:color w:val="000000"/>
        </w:rPr>
        <w:t xml:space="preserve">. </w:t>
      </w:r>
      <w:r>
        <w:rPr>
          <w:color w:val="000000"/>
        </w:rPr>
        <w:t>현재</w:t>
      </w:r>
      <w:r>
        <w:rPr>
          <w:color w:val="000000"/>
        </w:rPr>
        <w:t xml:space="preserve"> </w:t>
      </w:r>
      <w:r>
        <w:rPr>
          <w:color w:val="000000"/>
        </w:rPr>
        <w:t>실제</w:t>
      </w:r>
      <w:r>
        <w:rPr>
          <w:color w:val="000000"/>
        </w:rPr>
        <w:t xml:space="preserve"> </w:t>
      </w:r>
      <w:r>
        <w:rPr>
          <w:color w:val="000000"/>
        </w:rPr>
        <w:t>모델은</w:t>
      </w:r>
      <w:r>
        <w:rPr>
          <w:color w:val="000000"/>
        </w:rPr>
        <w:t xml:space="preserve"> </w:t>
      </w:r>
      <w:r>
        <w:rPr>
          <w:color w:val="000000"/>
        </w:rPr>
        <w:t>비활성</w:t>
      </w:r>
      <w:r>
        <w:rPr>
          <w:color w:val="000000"/>
        </w:rPr>
        <w:t xml:space="preserve"> </w:t>
      </w:r>
      <w:r>
        <w:rPr>
          <w:color w:val="000000"/>
        </w:rPr>
        <w:t>상태입니다</w:t>
      </w:r>
      <w:r>
        <w:rPr>
          <w:color w:val="000000"/>
        </w:rPr>
        <w:t>.</w:t>
      </w:r>
    </w:p>
    <w:p w14:paraId="597C83F6" w14:textId="77777777" w:rsidR="00C25814" w:rsidRDefault="004F692B">
      <w:pPr>
        <w:keepNext/>
        <w:spacing w:after="100" w:line="264" w:lineRule="auto"/>
      </w:pPr>
      <w:r>
        <w:rPr>
          <w:b/>
          <w:color w:val="000000"/>
        </w:rPr>
        <w:t xml:space="preserve">UNKNOWN </w:t>
      </w:r>
      <w:r>
        <w:rPr>
          <w:b/>
          <w:color w:val="000000"/>
        </w:rPr>
        <w:t>복구는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무엇을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하나요</w:t>
      </w:r>
      <w:r>
        <w:rPr>
          <w:b/>
          <w:color w:val="000000"/>
        </w:rPr>
        <w:t>?</w:t>
      </w:r>
    </w:p>
    <w:p w14:paraId="18DF58EC" w14:textId="77777777" w:rsidR="00C25814" w:rsidRDefault="004F692B">
      <w:pPr>
        <w:spacing w:after="100" w:line="264" w:lineRule="auto"/>
      </w:pPr>
      <w:r>
        <w:rPr>
          <w:color w:val="000000"/>
        </w:rPr>
        <w:t>원</w:t>
      </w:r>
      <w:r>
        <w:rPr>
          <w:color w:val="000000"/>
        </w:rPr>
        <w:t xml:space="preserve"> </w:t>
      </w:r>
      <w:r>
        <w:rPr>
          <w:color w:val="000000"/>
        </w:rPr>
        <w:t>참조와</w:t>
      </w:r>
      <w:r>
        <w:rPr>
          <w:color w:val="000000"/>
        </w:rPr>
        <w:t xml:space="preserve"> </w:t>
      </w:r>
      <w:r>
        <w:rPr>
          <w:color w:val="000000"/>
        </w:rPr>
        <w:t>조건으로</w:t>
      </w:r>
      <w:r>
        <w:rPr>
          <w:color w:val="000000"/>
        </w:rPr>
        <w:t xml:space="preserve"> receipt</w:t>
      </w:r>
      <w:r>
        <w:rPr>
          <w:color w:val="000000"/>
        </w:rPr>
        <w:t>를</w:t>
      </w:r>
      <w:r>
        <w:rPr>
          <w:color w:val="000000"/>
        </w:rPr>
        <w:t xml:space="preserve"> </w:t>
      </w:r>
      <w:r>
        <w:rPr>
          <w:color w:val="000000"/>
        </w:rPr>
        <w:t>확인합니다</w:t>
      </w:r>
      <w:r>
        <w:rPr>
          <w:color w:val="000000"/>
        </w:rPr>
        <w:t xml:space="preserve">. </w:t>
      </w:r>
      <w:r>
        <w:rPr>
          <w:color w:val="000000"/>
        </w:rPr>
        <w:t>새</w:t>
      </w:r>
      <w:r>
        <w:rPr>
          <w:color w:val="000000"/>
        </w:rPr>
        <w:t xml:space="preserve"> </w:t>
      </w:r>
      <w:r>
        <w:rPr>
          <w:color w:val="000000"/>
        </w:rPr>
        <w:t>지급</w:t>
      </w:r>
      <w:r>
        <w:rPr>
          <w:color w:val="000000"/>
        </w:rPr>
        <w:t>·</w:t>
      </w:r>
      <w:r>
        <w:rPr>
          <w:color w:val="000000"/>
        </w:rPr>
        <w:t>새</w:t>
      </w:r>
      <w:r>
        <w:rPr>
          <w:color w:val="000000"/>
        </w:rPr>
        <w:t xml:space="preserve"> burn·</w:t>
      </w:r>
      <w:r>
        <w:rPr>
          <w:color w:val="000000"/>
        </w:rPr>
        <w:t>자동</w:t>
      </w:r>
      <w:r>
        <w:rPr>
          <w:color w:val="000000"/>
        </w:rPr>
        <w:t xml:space="preserve"> </w:t>
      </w:r>
      <w:r>
        <w:rPr>
          <w:color w:val="000000"/>
        </w:rPr>
        <w:t>경로</w:t>
      </w:r>
      <w:r>
        <w:rPr>
          <w:color w:val="000000"/>
        </w:rPr>
        <w:t xml:space="preserve"> </w:t>
      </w:r>
      <w:r>
        <w:rPr>
          <w:color w:val="000000"/>
        </w:rPr>
        <w:t>변경을</w:t>
      </w:r>
      <w:r>
        <w:rPr>
          <w:color w:val="000000"/>
        </w:rPr>
        <w:t xml:space="preserve"> </w:t>
      </w:r>
      <w:r>
        <w:rPr>
          <w:color w:val="000000"/>
        </w:rPr>
        <w:t>만들지</w:t>
      </w:r>
      <w:r>
        <w:rPr>
          <w:color w:val="000000"/>
        </w:rPr>
        <w:t xml:space="preserve"> </w:t>
      </w:r>
      <w:r>
        <w:rPr>
          <w:color w:val="000000"/>
        </w:rPr>
        <w:t>않습니다</w:t>
      </w:r>
      <w:r>
        <w:rPr>
          <w:color w:val="000000"/>
        </w:rPr>
        <w:t>.</w:t>
      </w:r>
    </w:p>
    <w:sectPr w:rsidR="00C25814" w:rsidSect="00034616">
      <w:footerReference w:type="default" r:id="rId36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097C" w14:textId="77777777" w:rsidR="004F692B" w:rsidRDefault="004F692B">
      <w:pPr>
        <w:spacing w:line="240" w:lineRule="auto"/>
      </w:pPr>
      <w:r>
        <w:separator/>
      </w:r>
    </w:p>
  </w:endnote>
  <w:endnote w:type="continuationSeparator" w:id="0">
    <w:p w14:paraId="7E8C2697" w14:textId="77777777" w:rsidR="004F692B" w:rsidRDefault="004F6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F012" w14:textId="77777777" w:rsidR="00C25814" w:rsidRDefault="004F692B">
    <w:pPr>
      <w:pStyle w:val="a6"/>
      <w:jc w:val="center"/>
    </w:pPr>
    <w:hyperlink w:anchor="contents">
      <w:r>
        <w:rPr>
          <w:color w:val="202020"/>
          <w:u w:val="single"/>
        </w:rPr>
        <w:t>목차</w:t>
      </w:r>
    </w:hyperlink>
    <w:r>
      <w:t xml:space="preserve"> · MIZAN ·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8D0C6" w14:textId="77777777" w:rsidR="004F692B" w:rsidRDefault="004F692B">
      <w:pPr>
        <w:spacing w:line="240" w:lineRule="auto"/>
      </w:pPr>
      <w:r>
        <w:separator/>
      </w:r>
    </w:p>
  </w:footnote>
  <w:footnote w:type="continuationSeparator" w:id="0">
    <w:p w14:paraId="628D7DFC" w14:textId="77777777" w:rsidR="004F692B" w:rsidRDefault="004F69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4437870">
    <w:abstractNumId w:val="8"/>
  </w:num>
  <w:num w:numId="2" w16cid:durableId="1706251525">
    <w:abstractNumId w:val="6"/>
  </w:num>
  <w:num w:numId="3" w16cid:durableId="657342711">
    <w:abstractNumId w:val="5"/>
  </w:num>
  <w:num w:numId="4" w16cid:durableId="366837751">
    <w:abstractNumId w:val="4"/>
  </w:num>
  <w:num w:numId="5" w16cid:durableId="1243296693">
    <w:abstractNumId w:val="7"/>
  </w:num>
  <w:num w:numId="6" w16cid:durableId="1991782376">
    <w:abstractNumId w:val="3"/>
  </w:num>
  <w:num w:numId="7" w16cid:durableId="1861236823">
    <w:abstractNumId w:val="2"/>
  </w:num>
  <w:num w:numId="8" w16cid:durableId="821966236">
    <w:abstractNumId w:val="1"/>
  </w:num>
  <w:num w:numId="9" w16cid:durableId="35797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692B"/>
    <w:rsid w:val="00AA1D8D"/>
    <w:rsid w:val="00B47730"/>
    <w:rsid w:val="00B53E00"/>
    <w:rsid w:val="00C25814"/>
    <w:rsid w:val="00CB0664"/>
    <w:rsid w:val="00FB43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5D0B3"/>
  <w14:defaultImageDpi w14:val="300"/>
  <w15:docId w15:val="{1771A0C9-7BE5-4F84-8E42-AC3A26CE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12" w:lineRule="auto"/>
    </w:pPr>
    <w:rPr>
      <w:rFonts w:ascii="맑은 고딕" w:eastAsia="맑은 고딕" w:hAnsi="맑은 고딕"/>
      <w:color w:val="1A1A1A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deabak</cp:lastModifiedBy>
  <cp:revision>2</cp:revision>
  <dcterms:created xsi:type="dcterms:W3CDTF">2013-12-23T23:15:00Z</dcterms:created>
  <dcterms:modified xsi:type="dcterms:W3CDTF">2026-10-03T05:13:00Z</dcterms:modified>
  <cp:category/>
</cp:coreProperties>
</file>